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35F45" w14:textId="648EAFBE" w:rsidR="00555156" w:rsidRDefault="00522A68">
      <w:pPr>
        <w:jc w:val="center"/>
        <w:rPr>
          <w:lang w:eastAsia="ja-JP"/>
        </w:rPr>
      </w:pPr>
      <w:r>
        <w:rPr>
          <w:b/>
          <w:sz w:val="28"/>
          <w:lang w:eastAsia="ja-JP"/>
        </w:rPr>
        <w:t>外来会計前工程標準化支援業務委託</w:t>
      </w:r>
      <w:r>
        <w:rPr>
          <w:b/>
          <w:sz w:val="28"/>
          <w:lang w:eastAsia="ja-JP"/>
        </w:rPr>
        <w:br/>
        <w:t>様式集</w:t>
      </w:r>
    </w:p>
    <w:p w14:paraId="643AB16F" w14:textId="77777777" w:rsidR="00555156" w:rsidRDefault="00555156">
      <w:pPr>
        <w:rPr>
          <w:lang w:eastAsia="ja-JP"/>
        </w:rPr>
      </w:pPr>
    </w:p>
    <w:p w14:paraId="3AB5D839" w14:textId="77777777" w:rsidR="00555156" w:rsidRDefault="00522A68">
      <w:pPr>
        <w:spacing w:before="160" w:after="60"/>
      </w:pPr>
      <w:r>
        <w:rPr>
          <w:b/>
          <w:sz w:val="22"/>
        </w:rPr>
        <w:t>（様式１）</w:t>
      </w:r>
    </w:p>
    <w:p w14:paraId="6D34E7EF" w14:textId="77777777" w:rsidR="00555156" w:rsidRDefault="00522A68">
      <w:pPr>
        <w:jc w:val="center"/>
      </w:pPr>
      <w:r>
        <w:rPr>
          <w:b/>
          <w:sz w:val="28"/>
        </w:rPr>
        <w:t>参　加　申　込　書</w:t>
      </w:r>
    </w:p>
    <w:p w14:paraId="21B2A4E0" w14:textId="77777777" w:rsidR="00555156" w:rsidRDefault="00522A68">
      <w:pPr>
        <w:spacing w:after="60"/>
      </w:pPr>
      <w:r>
        <w:t>令和　年（20　年）　　月　　日</w:t>
      </w:r>
    </w:p>
    <w:p w14:paraId="5D6BF253" w14:textId="77777777" w:rsidR="00555156" w:rsidRDefault="00522A68">
      <w:pPr>
        <w:spacing w:after="60"/>
        <w:rPr>
          <w:lang w:eastAsia="ja-JP"/>
        </w:rPr>
      </w:pPr>
      <w:r>
        <w:rPr>
          <w:lang w:eastAsia="ja-JP"/>
        </w:rPr>
        <w:t>（あて先）豊中市病院事業管理者</w:t>
      </w:r>
    </w:p>
    <w:p w14:paraId="113C48E6" w14:textId="77777777" w:rsidR="00555156" w:rsidRDefault="00522A68">
      <w:pPr>
        <w:spacing w:after="60"/>
        <w:rPr>
          <w:lang w:eastAsia="ja-JP"/>
        </w:rPr>
      </w:pPr>
      <w:r>
        <w:rPr>
          <w:lang w:eastAsia="ja-JP"/>
        </w:rPr>
        <w:t>（提出者）</w:t>
      </w:r>
    </w:p>
    <w:p w14:paraId="50C564DD" w14:textId="77777777" w:rsidR="00555156" w:rsidRDefault="00522A68">
      <w:pPr>
        <w:spacing w:after="60"/>
        <w:rPr>
          <w:lang w:eastAsia="ja-JP"/>
        </w:rPr>
      </w:pPr>
      <w:r>
        <w:rPr>
          <w:lang w:eastAsia="ja-JP"/>
        </w:rPr>
        <w:t>所在地</w:t>
      </w:r>
    </w:p>
    <w:p w14:paraId="3FBB4CCD" w14:textId="77777777" w:rsidR="00555156" w:rsidRDefault="00522A68">
      <w:pPr>
        <w:spacing w:after="60"/>
        <w:rPr>
          <w:lang w:eastAsia="ja-JP"/>
        </w:rPr>
      </w:pPr>
      <w:r>
        <w:rPr>
          <w:lang w:eastAsia="ja-JP"/>
        </w:rPr>
        <w:t>商号又は名称</w:t>
      </w:r>
    </w:p>
    <w:p w14:paraId="0F7E1823" w14:textId="77777777" w:rsidR="00555156" w:rsidRDefault="00522A68">
      <w:pPr>
        <w:spacing w:after="60"/>
      </w:pPr>
      <w:proofErr w:type="spellStart"/>
      <w:r>
        <w:t>代表者職氏名</w:t>
      </w:r>
      <w:proofErr w:type="spellEnd"/>
      <w:r>
        <w:t xml:space="preserve">　　　　　　　　　　　　　　　　　　　　　　印</w:t>
      </w:r>
    </w:p>
    <w:p w14:paraId="7370AB03" w14:textId="77777777" w:rsidR="00555156" w:rsidRDefault="00555156">
      <w:pPr>
        <w:spacing w:after="60"/>
      </w:pPr>
    </w:p>
    <w:p w14:paraId="445D8A0D" w14:textId="7E59ACC9" w:rsidR="00555156" w:rsidRDefault="00522A68">
      <w:pPr>
        <w:spacing w:after="60"/>
        <w:rPr>
          <w:lang w:eastAsia="ja-JP"/>
        </w:rPr>
      </w:pPr>
      <w:r>
        <w:rPr>
          <w:lang w:eastAsia="ja-JP"/>
        </w:rPr>
        <w:t>外来会計前工程標準化支援業務委託募集要領に基づく企画提案競争への参加を申込みます。なお、参加資格要件をすべて満たしていることを誓約し、提出書類に記載した事項はすべて事実と相違ありません。</w:t>
      </w:r>
    </w:p>
    <w:p w14:paraId="5385E738" w14:textId="77777777" w:rsidR="00555156" w:rsidRDefault="00522A68">
      <w:pPr>
        <w:spacing w:after="60"/>
        <w:rPr>
          <w:lang w:eastAsia="ja-JP"/>
        </w:rPr>
      </w:pPr>
      <w:r>
        <w:rPr>
          <w:lang w:eastAsia="ja-JP"/>
        </w:rPr>
        <w:t>当該誓約に違反があった場合には、一方的に審査手続きから除外されても異議ありません。</w:t>
      </w:r>
    </w:p>
    <w:p w14:paraId="530428A8" w14:textId="77777777" w:rsidR="00555156" w:rsidRDefault="00522A68">
      <w:pPr>
        <w:spacing w:after="60"/>
      </w:pPr>
      <w:proofErr w:type="spellStart"/>
      <w:r>
        <w:t>担当者情報</w:t>
      </w:r>
      <w:proofErr w:type="spellEnd"/>
    </w:p>
    <w:tbl>
      <w:tblPr>
        <w:tblStyle w:val="afe"/>
        <w:tblW w:w="0" w:type="auto"/>
        <w:jc w:val="center"/>
        <w:tblLook w:val="04A0" w:firstRow="1" w:lastRow="0" w:firstColumn="1" w:lastColumn="0" w:noHBand="0" w:noVBand="1"/>
      </w:tblPr>
      <w:tblGrid>
        <w:gridCol w:w="1984"/>
        <w:gridCol w:w="7087"/>
      </w:tblGrid>
      <w:tr w:rsidR="00555156" w14:paraId="44159019" w14:textId="77777777">
        <w:trPr>
          <w:jc w:val="center"/>
        </w:trPr>
        <w:tc>
          <w:tcPr>
            <w:tcW w:w="1984" w:type="dxa"/>
            <w:shd w:val="clear" w:color="auto" w:fill="F2F2F2"/>
            <w:vAlign w:val="center"/>
          </w:tcPr>
          <w:p w14:paraId="6198A2A6" w14:textId="77777777" w:rsidR="00555156" w:rsidRDefault="00522A68">
            <w:r>
              <w:rPr>
                <w:sz w:val="20"/>
              </w:rPr>
              <w:t>住所</w:t>
            </w:r>
          </w:p>
        </w:tc>
        <w:tc>
          <w:tcPr>
            <w:tcW w:w="7087" w:type="dxa"/>
            <w:vAlign w:val="center"/>
          </w:tcPr>
          <w:p w14:paraId="37A4B08B" w14:textId="77777777" w:rsidR="00555156" w:rsidRDefault="00522A68">
            <w:r>
              <w:rPr>
                <w:sz w:val="20"/>
              </w:rPr>
              <w:t>〒</w:t>
            </w:r>
          </w:p>
        </w:tc>
      </w:tr>
      <w:tr w:rsidR="00555156" w14:paraId="248AFCC2" w14:textId="77777777">
        <w:trPr>
          <w:jc w:val="center"/>
        </w:trPr>
        <w:tc>
          <w:tcPr>
            <w:tcW w:w="1984" w:type="dxa"/>
            <w:shd w:val="clear" w:color="auto" w:fill="F2F2F2"/>
            <w:vAlign w:val="center"/>
          </w:tcPr>
          <w:p w14:paraId="0A45F37D" w14:textId="77777777" w:rsidR="00555156" w:rsidRDefault="00522A68">
            <w:r>
              <w:rPr>
                <w:sz w:val="20"/>
              </w:rPr>
              <w:t>担当者名</w:t>
            </w:r>
          </w:p>
        </w:tc>
        <w:tc>
          <w:tcPr>
            <w:tcW w:w="7087" w:type="dxa"/>
            <w:vAlign w:val="center"/>
          </w:tcPr>
          <w:p w14:paraId="389AC52C" w14:textId="77777777" w:rsidR="00555156" w:rsidRDefault="00555156"/>
        </w:tc>
      </w:tr>
      <w:tr w:rsidR="00555156" w14:paraId="53DCC14C" w14:textId="77777777">
        <w:trPr>
          <w:jc w:val="center"/>
        </w:trPr>
        <w:tc>
          <w:tcPr>
            <w:tcW w:w="1984" w:type="dxa"/>
            <w:shd w:val="clear" w:color="auto" w:fill="F2F2F2"/>
            <w:vAlign w:val="center"/>
          </w:tcPr>
          <w:p w14:paraId="030F54CE" w14:textId="77777777" w:rsidR="00555156" w:rsidRDefault="00522A68">
            <w:r>
              <w:rPr>
                <w:sz w:val="20"/>
              </w:rPr>
              <w:t>メール</w:t>
            </w:r>
            <w:r>
              <w:rPr>
                <w:sz w:val="20"/>
              </w:rPr>
              <w:br/>
              <w:t>アドレス</w:t>
            </w:r>
          </w:p>
        </w:tc>
        <w:tc>
          <w:tcPr>
            <w:tcW w:w="7087" w:type="dxa"/>
            <w:vAlign w:val="center"/>
          </w:tcPr>
          <w:p w14:paraId="7E350A65" w14:textId="77777777" w:rsidR="00555156" w:rsidRDefault="00555156"/>
        </w:tc>
      </w:tr>
      <w:tr w:rsidR="00555156" w14:paraId="1830EEC7" w14:textId="77777777">
        <w:trPr>
          <w:jc w:val="center"/>
        </w:trPr>
        <w:tc>
          <w:tcPr>
            <w:tcW w:w="1984" w:type="dxa"/>
            <w:shd w:val="clear" w:color="auto" w:fill="F2F2F2"/>
            <w:vAlign w:val="center"/>
          </w:tcPr>
          <w:p w14:paraId="56F07413" w14:textId="77777777" w:rsidR="00555156" w:rsidRDefault="00522A68">
            <w:r>
              <w:rPr>
                <w:sz w:val="20"/>
              </w:rPr>
              <w:t>電話番号</w:t>
            </w:r>
          </w:p>
        </w:tc>
        <w:tc>
          <w:tcPr>
            <w:tcW w:w="7087" w:type="dxa"/>
            <w:vAlign w:val="center"/>
          </w:tcPr>
          <w:p w14:paraId="61A1D338" w14:textId="77777777" w:rsidR="00555156" w:rsidRDefault="00555156"/>
        </w:tc>
      </w:tr>
    </w:tbl>
    <w:p w14:paraId="2844FD32" w14:textId="77777777" w:rsidR="00555156" w:rsidRDefault="00522A68">
      <w:r>
        <w:br w:type="page"/>
      </w:r>
    </w:p>
    <w:p w14:paraId="79B223C7" w14:textId="77777777" w:rsidR="00555156" w:rsidRDefault="00522A68">
      <w:pPr>
        <w:spacing w:before="160" w:after="60"/>
      </w:pPr>
      <w:r>
        <w:rPr>
          <w:b/>
          <w:sz w:val="22"/>
        </w:rPr>
        <w:lastRenderedPageBreak/>
        <w:t>（様式２）</w:t>
      </w:r>
    </w:p>
    <w:p w14:paraId="42138779" w14:textId="77777777" w:rsidR="00555156" w:rsidRDefault="00522A68">
      <w:pPr>
        <w:jc w:val="center"/>
      </w:pPr>
      <w:r>
        <w:rPr>
          <w:b/>
          <w:sz w:val="28"/>
        </w:rPr>
        <w:t>会　社　概　要</w:t>
      </w:r>
    </w:p>
    <w:p w14:paraId="0241024E" w14:textId="77777777" w:rsidR="00555156" w:rsidRDefault="00522A68">
      <w:pPr>
        <w:spacing w:after="60"/>
        <w:rPr>
          <w:lang w:eastAsia="ja-JP"/>
        </w:rPr>
      </w:pPr>
      <w:r>
        <w:rPr>
          <w:lang w:eastAsia="ja-JP"/>
        </w:rPr>
        <w:t>会社の概要を記載すること。沿革、業務内容についてはパンフレット等でも可。</w:t>
      </w:r>
    </w:p>
    <w:tbl>
      <w:tblPr>
        <w:tblStyle w:val="afe"/>
        <w:tblW w:w="0" w:type="auto"/>
        <w:jc w:val="center"/>
        <w:tblLook w:val="04A0" w:firstRow="1" w:lastRow="0" w:firstColumn="1" w:lastColumn="0" w:noHBand="0" w:noVBand="1"/>
      </w:tblPr>
      <w:tblGrid>
        <w:gridCol w:w="2551"/>
        <w:gridCol w:w="6520"/>
      </w:tblGrid>
      <w:tr w:rsidR="00555156" w14:paraId="1303086D" w14:textId="77777777">
        <w:trPr>
          <w:jc w:val="center"/>
        </w:trPr>
        <w:tc>
          <w:tcPr>
            <w:tcW w:w="2551" w:type="dxa"/>
            <w:shd w:val="clear" w:color="auto" w:fill="F2F2F2"/>
            <w:vAlign w:val="center"/>
          </w:tcPr>
          <w:p w14:paraId="1302198B" w14:textId="77777777" w:rsidR="00555156" w:rsidRDefault="00522A68">
            <w:proofErr w:type="spellStart"/>
            <w:r>
              <w:rPr>
                <w:sz w:val="20"/>
              </w:rPr>
              <w:t>商号又は名称</w:t>
            </w:r>
            <w:proofErr w:type="spellEnd"/>
          </w:p>
        </w:tc>
        <w:tc>
          <w:tcPr>
            <w:tcW w:w="6520" w:type="dxa"/>
            <w:vAlign w:val="center"/>
          </w:tcPr>
          <w:p w14:paraId="529AAD9C" w14:textId="77777777" w:rsidR="00555156" w:rsidRDefault="00555156"/>
        </w:tc>
      </w:tr>
      <w:tr w:rsidR="00555156" w14:paraId="6D559739" w14:textId="77777777">
        <w:trPr>
          <w:jc w:val="center"/>
        </w:trPr>
        <w:tc>
          <w:tcPr>
            <w:tcW w:w="2551" w:type="dxa"/>
            <w:shd w:val="clear" w:color="auto" w:fill="F2F2F2"/>
            <w:vAlign w:val="center"/>
          </w:tcPr>
          <w:p w14:paraId="7666ED66" w14:textId="77777777" w:rsidR="00555156" w:rsidRDefault="00522A68">
            <w:r>
              <w:rPr>
                <w:sz w:val="20"/>
              </w:rPr>
              <w:t>代表者名</w:t>
            </w:r>
          </w:p>
        </w:tc>
        <w:tc>
          <w:tcPr>
            <w:tcW w:w="6520" w:type="dxa"/>
            <w:vAlign w:val="center"/>
          </w:tcPr>
          <w:p w14:paraId="65AE5DE9" w14:textId="77777777" w:rsidR="00555156" w:rsidRDefault="00555156"/>
        </w:tc>
      </w:tr>
      <w:tr w:rsidR="00555156" w14:paraId="69569961" w14:textId="77777777">
        <w:trPr>
          <w:jc w:val="center"/>
        </w:trPr>
        <w:tc>
          <w:tcPr>
            <w:tcW w:w="2551" w:type="dxa"/>
            <w:shd w:val="clear" w:color="auto" w:fill="F2F2F2"/>
            <w:vAlign w:val="center"/>
          </w:tcPr>
          <w:p w14:paraId="07974EE9" w14:textId="77777777" w:rsidR="00555156" w:rsidRDefault="00522A68">
            <w:r>
              <w:rPr>
                <w:sz w:val="20"/>
              </w:rPr>
              <w:t>設立年月日</w:t>
            </w:r>
          </w:p>
        </w:tc>
        <w:tc>
          <w:tcPr>
            <w:tcW w:w="6520" w:type="dxa"/>
            <w:vAlign w:val="center"/>
          </w:tcPr>
          <w:p w14:paraId="52BAF505" w14:textId="77777777" w:rsidR="00555156" w:rsidRDefault="00555156"/>
        </w:tc>
      </w:tr>
      <w:tr w:rsidR="00555156" w14:paraId="2E182D70" w14:textId="77777777">
        <w:trPr>
          <w:jc w:val="center"/>
        </w:trPr>
        <w:tc>
          <w:tcPr>
            <w:tcW w:w="2551" w:type="dxa"/>
            <w:shd w:val="clear" w:color="auto" w:fill="F2F2F2"/>
            <w:vAlign w:val="center"/>
          </w:tcPr>
          <w:p w14:paraId="3A4712E7" w14:textId="77777777" w:rsidR="00555156" w:rsidRDefault="00522A68">
            <w:r>
              <w:rPr>
                <w:sz w:val="20"/>
              </w:rPr>
              <w:t>本店所在地</w:t>
            </w:r>
          </w:p>
        </w:tc>
        <w:tc>
          <w:tcPr>
            <w:tcW w:w="6520" w:type="dxa"/>
            <w:vAlign w:val="center"/>
          </w:tcPr>
          <w:p w14:paraId="53ACFAA3" w14:textId="77777777" w:rsidR="00555156" w:rsidRDefault="00555156"/>
        </w:tc>
      </w:tr>
      <w:tr w:rsidR="00555156" w14:paraId="5FD7E019" w14:textId="77777777">
        <w:trPr>
          <w:jc w:val="center"/>
        </w:trPr>
        <w:tc>
          <w:tcPr>
            <w:tcW w:w="2551" w:type="dxa"/>
            <w:shd w:val="clear" w:color="auto" w:fill="F2F2F2"/>
            <w:vAlign w:val="center"/>
          </w:tcPr>
          <w:p w14:paraId="7093DC94" w14:textId="77777777" w:rsidR="00555156" w:rsidRDefault="00522A68">
            <w:r>
              <w:rPr>
                <w:sz w:val="20"/>
              </w:rPr>
              <w:t>従業員数</w:t>
            </w:r>
          </w:p>
        </w:tc>
        <w:tc>
          <w:tcPr>
            <w:tcW w:w="6520" w:type="dxa"/>
            <w:vAlign w:val="center"/>
          </w:tcPr>
          <w:p w14:paraId="73821120" w14:textId="77777777" w:rsidR="00555156" w:rsidRDefault="00555156"/>
        </w:tc>
      </w:tr>
      <w:tr w:rsidR="00555156" w14:paraId="246DBEB8" w14:textId="77777777">
        <w:trPr>
          <w:jc w:val="center"/>
        </w:trPr>
        <w:tc>
          <w:tcPr>
            <w:tcW w:w="2551" w:type="dxa"/>
            <w:shd w:val="clear" w:color="auto" w:fill="F2F2F2"/>
            <w:vAlign w:val="center"/>
          </w:tcPr>
          <w:p w14:paraId="77BD1970" w14:textId="77777777" w:rsidR="00555156" w:rsidRDefault="00522A68">
            <w:r>
              <w:rPr>
                <w:sz w:val="20"/>
              </w:rPr>
              <w:t>資本金</w:t>
            </w:r>
          </w:p>
        </w:tc>
        <w:tc>
          <w:tcPr>
            <w:tcW w:w="6520" w:type="dxa"/>
            <w:vAlign w:val="center"/>
          </w:tcPr>
          <w:p w14:paraId="2C85CF48" w14:textId="77777777" w:rsidR="00555156" w:rsidRDefault="00555156"/>
        </w:tc>
      </w:tr>
      <w:tr w:rsidR="00555156" w14:paraId="57E124E2" w14:textId="77777777">
        <w:trPr>
          <w:trHeight w:val="1417"/>
          <w:jc w:val="center"/>
        </w:trPr>
        <w:tc>
          <w:tcPr>
            <w:tcW w:w="2551" w:type="dxa"/>
            <w:shd w:val="clear" w:color="auto" w:fill="F2F2F2"/>
            <w:vAlign w:val="center"/>
          </w:tcPr>
          <w:p w14:paraId="213A7036" w14:textId="77777777" w:rsidR="00555156" w:rsidRDefault="00522A68">
            <w:r>
              <w:rPr>
                <w:sz w:val="20"/>
              </w:rPr>
              <w:t>沿革</w:t>
            </w:r>
          </w:p>
        </w:tc>
        <w:tc>
          <w:tcPr>
            <w:tcW w:w="6520" w:type="dxa"/>
            <w:vAlign w:val="center"/>
          </w:tcPr>
          <w:p w14:paraId="59EF9983" w14:textId="77777777" w:rsidR="00555156" w:rsidRDefault="00522A68">
            <w:r>
              <w:rPr>
                <w:sz w:val="20"/>
              </w:rPr>
              <w:br/>
            </w:r>
            <w:r>
              <w:rPr>
                <w:sz w:val="20"/>
              </w:rPr>
              <w:br/>
            </w:r>
            <w:r>
              <w:rPr>
                <w:sz w:val="20"/>
              </w:rPr>
              <w:br/>
            </w:r>
          </w:p>
        </w:tc>
      </w:tr>
      <w:tr w:rsidR="00555156" w14:paraId="19740542" w14:textId="77777777">
        <w:trPr>
          <w:jc w:val="center"/>
        </w:trPr>
        <w:tc>
          <w:tcPr>
            <w:tcW w:w="2551" w:type="dxa"/>
            <w:shd w:val="clear" w:color="auto" w:fill="F2F2F2"/>
            <w:vAlign w:val="center"/>
          </w:tcPr>
          <w:p w14:paraId="7350DA53" w14:textId="77777777" w:rsidR="00555156" w:rsidRDefault="00555156"/>
        </w:tc>
        <w:tc>
          <w:tcPr>
            <w:tcW w:w="6520" w:type="dxa"/>
            <w:vAlign w:val="center"/>
          </w:tcPr>
          <w:p w14:paraId="7FD49563" w14:textId="77777777" w:rsidR="00555156" w:rsidRDefault="00555156"/>
        </w:tc>
      </w:tr>
      <w:tr w:rsidR="00555156" w14:paraId="054CF774" w14:textId="77777777">
        <w:trPr>
          <w:trHeight w:val="1814"/>
          <w:jc w:val="center"/>
        </w:trPr>
        <w:tc>
          <w:tcPr>
            <w:tcW w:w="2551" w:type="dxa"/>
            <w:shd w:val="clear" w:color="auto" w:fill="F2F2F2"/>
            <w:vAlign w:val="center"/>
          </w:tcPr>
          <w:p w14:paraId="12FA660F" w14:textId="77777777" w:rsidR="00555156" w:rsidRDefault="00522A68">
            <w:r>
              <w:rPr>
                <w:sz w:val="20"/>
                <w:lang w:eastAsia="ja-JP"/>
              </w:rPr>
              <w:t>業務内容</w:t>
            </w:r>
            <w:r>
              <w:rPr>
                <w:sz w:val="20"/>
                <w:lang w:eastAsia="ja-JP"/>
              </w:rPr>
              <w:br/>
              <w:t>（具体的に記載すること。</w:t>
            </w:r>
            <w:r>
              <w:rPr>
                <w:sz w:val="20"/>
              </w:rPr>
              <w:t>）</w:t>
            </w:r>
          </w:p>
        </w:tc>
        <w:tc>
          <w:tcPr>
            <w:tcW w:w="6520" w:type="dxa"/>
            <w:vAlign w:val="center"/>
          </w:tcPr>
          <w:p w14:paraId="2B29FFF4" w14:textId="77777777" w:rsidR="00555156" w:rsidRDefault="00522A68">
            <w:r>
              <w:rPr>
                <w:sz w:val="20"/>
              </w:rPr>
              <w:br/>
            </w:r>
            <w:r>
              <w:rPr>
                <w:sz w:val="20"/>
              </w:rPr>
              <w:br/>
            </w:r>
            <w:r>
              <w:rPr>
                <w:sz w:val="20"/>
              </w:rPr>
              <w:br/>
            </w:r>
          </w:p>
        </w:tc>
      </w:tr>
    </w:tbl>
    <w:p w14:paraId="74BDDF60" w14:textId="77777777" w:rsidR="00555156" w:rsidRDefault="00522A68">
      <w:r>
        <w:br w:type="page"/>
      </w:r>
    </w:p>
    <w:p w14:paraId="332F5598" w14:textId="77777777" w:rsidR="00555156" w:rsidRDefault="00522A68">
      <w:pPr>
        <w:spacing w:before="160" w:after="60"/>
      </w:pPr>
      <w:r>
        <w:rPr>
          <w:b/>
          <w:sz w:val="22"/>
        </w:rPr>
        <w:lastRenderedPageBreak/>
        <w:t>（様式３）</w:t>
      </w:r>
    </w:p>
    <w:p w14:paraId="39F37B77" w14:textId="77777777" w:rsidR="00555156" w:rsidRDefault="00522A68">
      <w:pPr>
        <w:jc w:val="center"/>
      </w:pPr>
      <w:r>
        <w:rPr>
          <w:b/>
          <w:sz w:val="28"/>
        </w:rPr>
        <w:t>業務受託実績</w:t>
      </w:r>
    </w:p>
    <w:p w14:paraId="4CD45680" w14:textId="77777777" w:rsidR="00555156" w:rsidRDefault="00522A68">
      <w:pPr>
        <w:spacing w:after="60"/>
        <w:rPr>
          <w:lang w:eastAsia="ja-JP"/>
        </w:rPr>
      </w:pPr>
      <w:r>
        <w:rPr>
          <w:lang w:eastAsia="ja-JP"/>
        </w:rPr>
        <w:t>医療機関において、令和5年度以降に受託した医師事務作業補助者業務、外来会計前工程、医事業務改善又は病院業務改善等に関する支援業務実績について記載すること。</w:t>
      </w:r>
    </w:p>
    <w:tbl>
      <w:tblPr>
        <w:tblStyle w:val="afe"/>
        <w:tblW w:w="0" w:type="auto"/>
        <w:jc w:val="center"/>
        <w:tblLook w:val="04A0" w:firstRow="1" w:lastRow="0" w:firstColumn="1" w:lastColumn="0" w:noHBand="0" w:noVBand="1"/>
      </w:tblPr>
      <w:tblGrid>
        <w:gridCol w:w="1984"/>
        <w:gridCol w:w="7314"/>
      </w:tblGrid>
      <w:tr w:rsidR="00555156" w14:paraId="538B7D79" w14:textId="77777777">
        <w:trPr>
          <w:jc w:val="center"/>
        </w:trPr>
        <w:tc>
          <w:tcPr>
            <w:tcW w:w="1984" w:type="dxa"/>
            <w:shd w:val="clear" w:color="auto" w:fill="F2F2F2"/>
            <w:vAlign w:val="center"/>
          </w:tcPr>
          <w:p w14:paraId="09075747" w14:textId="77777777" w:rsidR="00555156" w:rsidRDefault="00522A68">
            <w:proofErr w:type="spellStart"/>
            <w:r>
              <w:rPr>
                <w:sz w:val="19"/>
              </w:rPr>
              <w:t>事業名</w:t>
            </w:r>
            <w:proofErr w:type="spellEnd"/>
          </w:p>
        </w:tc>
        <w:tc>
          <w:tcPr>
            <w:tcW w:w="7087" w:type="dxa"/>
            <w:vAlign w:val="center"/>
          </w:tcPr>
          <w:p w14:paraId="79ABEC0C" w14:textId="77777777" w:rsidR="00555156" w:rsidRDefault="00555156"/>
        </w:tc>
      </w:tr>
      <w:tr w:rsidR="00555156" w14:paraId="4F6F724B" w14:textId="77777777">
        <w:trPr>
          <w:jc w:val="center"/>
        </w:trPr>
        <w:tc>
          <w:tcPr>
            <w:tcW w:w="1984" w:type="dxa"/>
            <w:shd w:val="clear" w:color="auto" w:fill="F2F2F2"/>
            <w:vAlign w:val="center"/>
          </w:tcPr>
          <w:p w14:paraId="29596134" w14:textId="77777777" w:rsidR="00555156" w:rsidRDefault="00522A68">
            <w:r>
              <w:rPr>
                <w:sz w:val="19"/>
              </w:rPr>
              <w:t>施設名　所在地</w:t>
            </w:r>
          </w:p>
        </w:tc>
        <w:tc>
          <w:tcPr>
            <w:tcW w:w="7087" w:type="dxa"/>
            <w:vAlign w:val="center"/>
          </w:tcPr>
          <w:p w14:paraId="64F2BDFD" w14:textId="77777777" w:rsidR="00555156" w:rsidRDefault="00555156"/>
        </w:tc>
      </w:tr>
      <w:tr w:rsidR="00555156" w14:paraId="069F8A5C" w14:textId="77777777">
        <w:trPr>
          <w:jc w:val="center"/>
        </w:trPr>
        <w:tc>
          <w:tcPr>
            <w:tcW w:w="1984" w:type="dxa"/>
            <w:shd w:val="clear" w:color="auto" w:fill="F2F2F2"/>
            <w:vAlign w:val="center"/>
          </w:tcPr>
          <w:p w14:paraId="018089DB" w14:textId="77777777" w:rsidR="00555156" w:rsidRDefault="00522A68">
            <w:r>
              <w:rPr>
                <w:sz w:val="19"/>
              </w:rPr>
              <w:t>病床数</w:t>
            </w:r>
          </w:p>
        </w:tc>
        <w:tc>
          <w:tcPr>
            <w:tcW w:w="7087" w:type="dxa"/>
            <w:vAlign w:val="center"/>
          </w:tcPr>
          <w:p w14:paraId="3B354B89" w14:textId="77777777" w:rsidR="00555156" w:rsidRDefault="00522A68">
            <w:r>
              <w:rPr>
                <w:sz w:val="19"/>
              </w:rPr>
              <w:t xml:space="preserve">　　　　　　　床</w:t>
            </w:r>
          </w:p>
        </w:tc>
      </w:tr>
      <w:tr w:rsidR="00555156" w14:paraId="71E57BB2" w14:textId="77777777">
        <w:trPr>
          <w:jc w:val="center"/>
        </w:trPr>
        <w:tc>
          <w:tcPr>
            <w:tcW w:w="1984" w:type="dxa"/>
            <w:shd w:val="clear" w:color="auto" w:fill="F2F2F2"/>
            <w:vAlign w:val="center"/>
          </w:tcPr>
          <w:p w14:paraId="318BA438" w14:textId="77777777" w:rsidR="00555156" w:rsidRDefault="00522A68">
            <w:r>
              <w:rPr>
                <w:sz w:val="19"/>
              </w:rPr>
              <w:t>事業期間</w:t>
            </w:r>
          </w:p>
        </w:tc>
        <w:tc>
          <w:tcPr>
            <w:tcW w:w="7087" w:type="dxa"/>
            <w:vAlign w:val="center"/>
          </w:tcPr>
          <w:p w14:paraId="5527C60B" w14:textId="77777777" w:rsidR="00555156" w:rsidRDefault="00522A68">
            <w:pPr>
              <w:rPr>
                <w:lang w:eastAsia="ja-JP"/>
              </w:rPr>
            </w:pPr>
            <w:r>
              <w:rPr>
                <w:sz w:val="19"/>
                <w:lang w:eastAsia="ja-JP"/>
              </w:rPr>
              <w:t xml:space="preserve">　　　年　　月　　日から　　　年　　月　　日まで</w:t>
            </w:r>
          </w:p>
        </w:tc>
      </w:tr>
      <w:tr w:rsidR="00555156" w14:paraId="3F02662A" w14:textId="77777777">
        <w:trPr>
          <w:jc w:val="center"/>
        </w:trPr>
        <w:tc>
          <w:tcPr>
            <w:tcW w:w="1984" w:type="dxa"/>
            <w:shd w:val="clear" w:color="auto" w:fill="F2F2F2"/>
            <w:vAlign w:val="center"/>
          </w:tcPr>
          <w:p w14:paraId="0BC7447E" w14:textId="77777777" w:rsidR="00555156" w:rsidRDefault="00522A68">
            <w:proofErr w:type="spellStart"/>
            <w:r>
              <w:rPr>
                <w:sz w:val="19"/>
              </w:rPr>
              <w:t>事業名</w:t>
            </w:r>
            <w:proofErr w:type="spellEnd"/>
          </w:p>
        </w:tc>
        <w:tc>
          <w:tcPr>
            <w:tcW w:w="7087" w:type="dxa"/>
            <w:vAlign w:val="center"/>
          </w:tcPr>
          <w:p w14:paraId="769B4DBE" w14:textId="77777777" w:rsidR="00555156" w:rsidRDefault="00555156"/>
        </w:tc>
      </w:tr>
      <w:tr w:rsidR="00555156" w14:paraId="21D329DF" w14:textId="77777777">
        <w:trPr>
          <w:jc w:val="center"/>
        </w:trPr>
        <w:tc>
          <w:tcPr>
            <w:tcW w:w="1984" w:type="dxa"/>
            <w:shd w:val="clear" w:color="auto" w:fill="F2F2F2"/>
            <w:vAlign w:val="center"/>
          </w:tcPr>
          <w:p w14:paraId="5A1621B6" w14:textId="77777777" w:rsidR="00555156" w:rsidRDefault="00522A68">
            <w:r>
              <w:rPr>
                <w:sz w:val="19"/>
              </w:rPr>
              <w:t>施設名　所在地</w:t>
            </w:r>
          </w:p>
        </w:tc>
        <w:tc>
          <w:tcPr>
            <w:tcW w:w="7087" w:type="dxa"/>
            <w:vAlign w:val="center"/>
          </w:tcPr>
          <w:p w14:paraId="1E1835C3" w14:textId="77777777" w:rsidR="00555156" w:rsidRDefault="00555156"/>
        </w:tc>
      </w:tr>
      <w:tr w:rsidR="00555156" w14:paraId="08C0FCDC" w14:textId="77777777">
        <w:trPr>
          <w:jc w:val="center"/>
        </w:trPr>
        <w:tc>
          <w:tcPr>
            <w:tcW w:w="1984" w:type="dxa"/>
            <w:shd w:val="clear" w:color="auto" w:fill="F2F2F2"/>
            <w:vAlign w:val="center"/>
          </w:tcPr>
          <w:p w14:paraId="3CFA140C" w14:textId="77777777" w:rsidR="00555156" w:rsidRDefault="00522A68">
            <w:r>
              <w:rPr>
                <w:sz w:val="19"/>
              </w:rPr>
              <w:t>病床数</w:t>
            </w:r>
          </w:p>
        </w:tc>
        <w:tc>
          <w:tcPr>
            <w:tcW w:w="7087" w:type="dxa"/>
            <w:vAlign w:val="center"/>
          </w:tcPr>
          <w:p w14:paraId="60DFE780" w14:textId="77777777" w:rsidR="00555156" w:rsidRDefault="00522A68">
            <w:r>
              <w:rPr>
                <w:sz w:val="19"/>
              </w:rPr>
              <w:t xml:space="preserve">　　　　　　　床</w:t>
            </w:r>
          </w:p>
        </w:tc>
      </w:tr>
      <w:tr w:rsidR="00555156" w14:paraId="079EBE0E" w14:textId="77777777">
        <w:trPr>
          <w:jc w:val="center"/>
        </w:trPr>
        <w:tc>
          <w:tcPr>
            <w:tcW w:w="1984" w:type="dxa"/>
            <w:shd w:val="clear" w:color="auto" w:fill="F2F2F2"/>
            <w:vAlign w:val="center"/>
          </w:tcPr>
          <w:p w14:paraId="6EB131DA" w14:textId="77777777" w:rsidR="00555156" w:rsidRDefault="00522A68">
            <w:r>
              <w:rPr>
                <w:sz w:val="19"/>
              </w:rPr>
              <w:t>事業期間</w:t>
            </w:r>
          </w:p>
        </w:tc>
        <w:tc>
          <w:tcPr>
            <w:tcW w:w="7087" w:type="dxa"/>
            <w:vAlign w:val="center"/>
          </w:tcPr>
          <w:p w14:paraId="1ED25F4D" w14:textId="77777777" w:rsidR="00555156" w:rsidRDefault="00522A68">
            <w:pPr>
              <w:rPr>
                <w:lang w:eastAsia="ja-JP"/>
              </w:rPr>
            </w:pPr>
            <w:r>
              <w:rPr>
                <w:sz w:val="19"/>
                <w:lang w:eastAsia="ja-JP"/>
              </w:rPr>
              <w:t xml:space="preserve">　　　年　　月　　日から　　　年　　月　　日まで</w:t>
            </w:r>
          </w:p>
        </w:tc>
      </w:tr>
      <w:tr w:rsidR="00555156" w14:paraId="1BDFCF6F" w14:textId="77777777">
        <w:trPr>
          <w:jc w:val="center"/>
        </w:trPr>
        <w:tc>
          <w:tcPr>
            <w:tcW w:w="1984" w:type="dxa"/>
            <w:shd w:val="clear" w:color="auto" w:fill="F2F2F2"/>
            <w:vAlign w:val="center"/>
          </w:tcPr>
          <w:p w14:paraId="6FEDD196" w14:textId="77777777" w:rsidR="00555156" w:rsidRDefault="00522A68">
            <w:proofErr w:type="spellStart"/>
            <w:r>
              <w:rPr>
                <w:sz w:val="19"/>
              </w:rPr>
              <w:t>事業名</w:t>
            </w:r>
            <w:proofErr w:type="spellEnd"/>
          </w:p>
        </w:tc>
        <w:tc>
          <w:tcPr>
            <w:tcW w:w="7087" w:type="dxa"/>
            <w:vAlign w:val="center"/>
          </w:tcPr>
          <w:p w14:paraId="118E51AB" w14:textId="77777777" w:rsidR="00555156" w:rsidRDefault="00555156"/>
        </w:tc>
      </w:tr>
      <w:tr w:rsidR="00555156" w14:paraId="27248ED0" w14:textId="77777777">
        <w:trPr>
          <w:jc w:val="center"/>
        </w:trPr>
        <w:tc>
          <w:tcPr>
            <w:tcW w:w="1984" w:type="dxa"/>
            <w:shd w:val="clear" w:color="auto" w:fill="F2F2F2"/>
            <w:vAlign w:val="center"/>
          </w:tcPr>
          <w:p w14:paraId="7425A5A5" w14:textId="77777777" w:rsidR="00555156" w:rsidRDefault="00522A68">
            <w:r>
              <w:rPr>
                <w:sz w:val="19"/>
              </w:rPr>
              <w:t>施設名　所在地</w:t>
            </w:r>
          </w:p>
        </w:tc>
        <w:tc>
          <w:tcPr>
            <w:tcW w:w="7087" w:type="dxa"/>
            <w:vAlign w:val="center"/>
          </w:tcPr>
          <w:p w14:paraId="6350A05A" w14:textId="77777777" w:rsidR="00555156" w:rsidRDefault="00555156"/>
        </w:tc>
      </w:tr>
      <w:tr w:rsidR="00555156" w14:paraId="61FF15F8" w14:textId="77777777">
        <w:trPr>
          <w:jc w:val="center"/>
        </w:trPr>
        <w:tc>
          <w:tcPr>
            <w:tcW w:w="1984" w:type="dxa"/>
            <w:shd w:val="clear" w:color="auto" w:fill="F2F2F2"/>
            <w:vAlign w:val="center"/>
          </w:tcPr>
          <w:p w14:paraId="40878D8A" w14:textId="77777777" w:rsidR="00555156" w:rsidRDefault="00522A68">
            <w:r>
              <w:rPr>
                <w:sz w:val="19"/>
              </w:rPr>
              <w:t>病床数</w:t>
            </w:r>
          </w:p>
        </w:tc>
        <w:tc>
          <w:tcPr>
            <w:tcW w:w="7087" w:type="dxa"/>
            <w:vAlign w:val="center"/>
          </w:tcPr>
          <w:p w14:paraId="2B4DC804" w14:textId="77777777" w:rsidR="00555156" w:rsidRDefault="00522A68">
            <w:r>
              <w:rPr>
                <w:sz w:val="19"/>
              </w:rPr>
              <w:t xml:space="preserve">　　　　　　　床</w:t>
            </w:r>
          </w:p>
        </w:tc>
      </w:tr>
      <w:tr w:rsidR="00555156" w14:paraId="26221DAC" w14:textId="77777777">
        <w:trPr>
          <w:jc w:val="center"/>
        </w:trPr>
        <w:tc>
          <w:tcPr>
            <w:tcW w:w="1984" w:type="dxa"/>
            <w:shd w:val="clear" w:color="auto" w:fill="F2F2F2"/>
            <w:vAlign w:val="center"/>
          </w:tcPr>
          <w:p w14:paraId="11FAC71A" w14:textId="77777777" w:rsidR="00555156" w:rsidRDefault="00522A68">
            <w:r>
              <w:rPr>
                <w:sz w:val="19"/>
              </w:rPr>
              <w:t>事業期間</w:t>
            </w:r>
          </w:p>
        </w:tc>
        <w:tc>
          <w:tcPr>
            <w:tcW w:w="7087" w:type="dxa"/>
            <w:vAlign w:val="center"/>
          </w:tcPr>
          <w:p w14:paraId="5CB4FB86" w14:textId="77777777" w:rsidR="00555156" w:rsidRDefault="00522A68">
            <w:pPr>
              <w:rPr>
                <w:lang w:eastAsia="ja-JP"/>
              </w:rPr>
            </w:pPr>
            <w:r>
              <w:rPr>
                <w:sz w:val="19"/>
                <w:lang w:eastAsia="ja-JP"/>
              </w:rPr>
              <w:t xml:space="preserve">　　　年　　月　　日から　　　年　　月　　日まで</w:t>
            </w:r>
          </w:p>
        </w:tc>
      </w:tr>
      <w:tr w:rsidR="00555156" w14:paraId="531F579A" w14:textId="77777777">
        <w:trPr>
          <w:jc w:val="center"/>
        </w:trPr>
        <w:tc>
          <w:tcPr>
            <w:tcW w:w="1984" w:type="dxa"/>
            <w:shd w:val="clear" w:color="auto" w:fill="F2F2F2"/>
            <w:vAlign w:val="center"/>
          </w:tcPr>
          <w:p w14:paraId="05D908BC" w14:textId="77777777" w:rsidR="00555156" w:rsidRDefault="00522A68">
            <w:proofErr w:type="spellStart"/>
            <w:r>
              <w:rPr>
                <w:sz w:val="19"/>
              </w:rPr>
              <w:t>事業名</w:t>
            </w:r>
            <w:proofErr w:type="spellEnd"/>
          </w:p>
        </w:tc>
        <w:tc>
          <w:tcPr>
            <w:tcW w:w="7087" w:type="dxa"/>
            <w:vAlign w:val="center"/>
          </w:tcPr>
          <w:p w14:paraId="7230BF14" w14:textId="77777777" w:rsidR="00555156" w:rsidRDefault="00555156"/>
        </w:tc>
      </w:tr>
      <w:tr w:rsidR="00555156" w14:paraId="41F34E79" w14:textId="77777777">
        <w:trPr>
          <w:jc w:val="center"/>
        </w:trPr>
        <w:tc>
          <w:tcPr>
            <w:tcW w:w="1984" w:type="dxa"/>
            <w:shd w:val="clear" w:color="auto" w:fill="F2F2F2"/>
            <w:vAlign w:val="center"/>
          </w:tcPr>
          <w:p w14:paraId="74709A2A" w14:textId="77777777" w:rsidR="00555156" w:rsidRDefault="00522A68">
            <w:r>
              <w:rPr>
                <w:sz w:val="19"/>
              </w:rPr>
              <w:t>施設名　所在地</w:t>
            </w:r>
          </w:p>
        </w:tc>
        <w:tc>
          <w:tcPr>
            <w:tcW w:w="7087" w:type="dxa"/>
            <w:vAlign w:val="center"/>
          </w:tcPr>
          <w:p w14:paraId="1ED73AB1" w14:textId="77777777" w:rsidR="00555156" w:rsidRDefault="00555156"/>
        </w:tc>
      </w:tr>
      <w:tr w:rsidR="00555156" w14:paraId="72E175C9" w14:textId="77777777">
        <w:trPr>
          <w:jc w:val="center"/>
        </w:trPr>
        <w:tc>
          <w:tcPr>
            <w:tcW w:w="1984" w:type="dxa"/>
            <w:shd w:val="clear" w:color="auto" w:fill="F2F2F2"/>
            <w:vAlign w:val="center"/>
          </w:tcPr>
          <w:p w14:paraId="2E165E4F" w14:textId="77777777" w:rsidR="00555156" w:rsidRDefault="00522A68">
            <w:r>
              <w:rPr>
                <w:sz w:val="19"/>
              </w:rPr>
              <w:t>病床数</w:t>
            </w:r>
          </w:p>
        </w:tc>
        <w:tc>
          <w:tcPr>
            <w:tcW w:w="7087" w:type="dxa"/>
            <w:vAlign w:val="center"/>
          </w:tcPr>
          <w:p w14:paraId="2B2CDB2F" w14:textId="77777777" w:rsidR="00555156" w:rsidRDefault="00522A68">
            <w:r>
              <w:rPr>
                <w:sz w:val="19"/>
              </w:rPr>
              <w:t xml:space="preserve">　　　　　　　床</w:t>
            </w:r>
          </w:p>
        </w:tc>
      </w:tr>
      <w:tr w:rsidR="00555156" w14:paraId="0B78041D" w14:textId="77777777">
        <w:trPr>
          <w:jc w:val="center"/>
        </w:trPr>
        <w:tc>
          <w:tcPr>
            <w:tcW w:w="1984" w:type="dxa"/>
            <w:shd w:val="clear" w:color="auto" w:fill="F2F2F2"/>
            <w:vAlign w:val="center"/>
          </w:tcPr>
          <w:p w14:paraId="4E708672" w14:textId="77777777" w:rsidR="00555156" w:rsidRDefault="00522A68">
            <w:r>
              <w:rPr>
                <w:sz w:val="19"/>
              </w:rPr>
              <w:t>事業期間</w:t>
            </w:r>
          </w:p>
        </w:tc>
        <w:tc>
          <w:tcPr>
            <w:tcW w:w="7087" w:type="dxa"/>
            <w:vAlign w:val="center"/>
          </w:tcPr>
          <w:p w14:paraId="4DE2A8F1" w14:textId="77777777" w:rsidR="00555156" w:rsidRDefault="00522A68">
            <w:pPr>
              <w:rPr>
                <w:lang w:eastAsia="ja-JP"/>
              </w:rPr>
            </w:pPr>
            <w:r>
              <w:rPr>
                <w:sz w:val="19"/>
                <w:lang w:eastAsia="ja-JP"/>
              </w:rPr>
              <w:t xml:space="preserve">　　　年　　月　　日から　　　年　　月　　日まで</w:t>
            </w:r>
          </w:p>
        </w:tc>
      </w:tr>
      <w:tr w:rsidR="00555156" w14:paraId="4E3F1554" w14:textId="77777777">
        <w:trPr>
          <w:jc w:val="center"/>
        </w:trPr>
        <w:tc>
          <w:tcPr>
            <w:tcW w:w="1984" w:type="dxa"/>
            <w:shd w:val="clear" w:color="auto" w:fill="F2F2F2"/>
            <w:vAlign w:val="center"/>
          </w:tcPr>
          <w:p w14:paraId="164288DB" w14:textId="77777777" w:rsidR="00555156" w:rsidRDefault="00522A68">
            <w:proofErr w:type="spellStart"/>
            <w:r>
              <w:rPr>
                <w:sz w:val="19"/>
              </w:rPr>
              <w:t>事業名</w:t>
            </w:r>
            <w:proofErr w:type="spellEnd"/>
          </w:p>
        </w:tc>
        <w:tc>
          <w:tcPr>
            <w:tcW w:w="7087" w:type="dxa"/>
            <w:vAlign w:val="center"/>
          </w:tcPr>
          <w:p w14:paraId="1188F581" w14:textId="77777777" w:rsidR="00555156" w:rsidRDefault="00555156"/>
        </w:tc>
      </w:tr>
      <w:tr w:rsidR="00555156" w14:paraId="731B82BD" w14:textId="77777777">
        <w:trPr>
          <w:jc w:val="center"/>
        </w:trPr>
        <w:tc>
          <w:tcPr>
            <w:tcW w:w="1984" w:type="dxa"/>
            <w:shd w:val="clear" w:color="auto" w:fill="F2F2F2"/>
            <w:vAlign w:val="center"/>
          </w:tcPr>
          <w:p w14:paraId="65220B95" w14:textId="77777777" w:rsidR="00555156" w:rsidRDefault="00522A68">
            <w:r>
              <w:rPr>
                <w:sz w:val="19"/>
              </w:rPr>
              <w:t>施設名　所在地</w:t>
            </w:r>
          </w:p>
        </w:tc>
        <w:tc>
          <w:tcPr>
            <w:tcW w:w="7087" w:type="dxa"/>
            <w:vAlign w:val="center"/>
          </w:tcPr>
          <w:p w14:paraId="66234BB0" w14:textId="77777777" w:rsidR="00555156" w:rsidRDefault="00555156"/>
        </w:tc>
      </w:tr>
      <w:tr w:rsidR="00555156" w14:paraId="22BF9A54" w14:textId="77777777">
        <w:trPr>
          <w:jc w:val="center"/>
        </w:trPr>
        <w:tc>
          <w:tcPr>
            <w:tcW w:w="1984" w:type="dxa"/>
            <w:shd w:val="clear" w:color="auto" w:fill="F2F2F2"/>
            <w:vAlign w:val="center"/>
          </w:tcPr>
          <w:p w14:paraId="01738AC5" w14:textId="77777777" w:rsidR="00555156" w:rsidRDefault="00522A68">
            <w:r>
              <w:rPr>
                <w:sz w:val="19"/>
              </w:rPr>
              <w:t>病床数</w:t>
            </w:r>
          </w:p>
        </w:tc>
        <w:tc>
          <w:tcPr>
            <w:tcW w:w="7087" w:type="dxa"/>
            <w:vAlign w:val="center"/>
          </w:tcPr>
          <w:p w14:paraId="489F4FA7" w14:textId="77777777" w:rsidR="00555156" w:rsidRDefault="00522A68">
            <w:r>
              <w:rPr>
                <w:sz w:val="19"/>
              </w:rPr>
              <w:t xml:space="preserve">　　　　　　　床</w:t>
            </w:r>
          </w:p>
        </w:tc>
      </w:tr>
      <w:tr w:rsidR="00555156" w14:paraId="6F8478DC" w14:textId="77777777">
        <w:trPr>
          <w:jc w:val="center"/>
        </w:trPr>
        <w:tc>
          <w:tcPr>
            <w:tcW w:w="1984" w:type="dxa"/>
            <w:shd w:val="clear" w:color="auto" w:fill="F2F2F2"/>
            <w:vAlign w:val="center"/>
          </w:tcPr>
          <w:p w14:paraId="2B905398" w14:textId="77777777" w:rsidR="00555156" w:rsidRDefault="00522A68">
            <w:r>
              <w:rPr>
                <w:sz w:val="19"/>
              </w:rPr>
              <w:t>事業期間</w:t>
            </w:r>
          </w:p>
        </w:tc>
        <w:tc>
          <w:tcPr>
            <w:tcW w:w="7087" w:type="dxa"/>
            <w:vAlign w:val="center"/>
          </w:tcPr>
          <w:p w14:paraId="5AE3C835" w14:textId="77777777" w:rsidR="00555156" w:rsidRDefault="00522A68">
            <w:pPr>
              <w:rPr>
                <w:lang w:eastAsia="ja-JP"/>
              </w:rPr>
            </w:pPr>
            <w:r>
              <w:rPr>
                <w:sz w:val="19"/>
                <w:lang w:eastAsia="ja-JP"/>
              </w:rPr>
              <w:t xml:space="preserve">　　　年　　月　　日から　　　年　　月　　日まで</w:t>
            </w:r>
          </w:p>
        </w:tc>
      </w:tr>
      <w:tr w:rsidR="00555156" w14:paraId="2FE17C60" w14:textId="77777777">
        <w:trPr>
          <w:jc w:val="center"/>
        </w:trPr>
        <w:tc>
          <w:tcPr>
            <w:tcW w:w="9298" w:type="dxa"/>
            <w:gridSpan w:val="2"/>
            <w:vAlign w:val="center"/>
          </w:tcPr>
          <w:p w14:paraId="481D876F" w14:textId="77777777" w:rsidR="00555156" w:rsidRDefault="00522A68">
            <w:pPr>
              <w:rPr>
                <w:lang w:eastAsia="ja-JP"/>
              </w:rPr>
            </w:pPr>
            <w:r>
              <w:rPr>
                <w:sz w:val="18"/>
                <w:lang w:eastAsia="ja-JP"/>
              </w:rPr>
              <w:t>※５事業を超える実績がある場合、病床数の多い事業又は本業務との関連性が高い事業順に５事業まで記載すること。</w:t>
            </w:r>
          </w:p>
        </w:tc>
      </w:tr>
    </w:tbl>
    <w:p w14:paraId="786D3A8D" w14:textId="77777777" w:rsidR="00555156" w:rsidRDefault="00522A68">
      <w:pPr>
        <w:rPr>
          <w:lang w:eastAsia="ja-JP"/>
        </w:rPr>
      </w:pPr>
      <w:r>
        <w:rPr>
          <w:lang w:eastAsia="ja-JP"/>
        </w:rPr>
        <w:br w:type="page"/>
      </w:r>
    </w:p>
    <w:p w14:paraId="116C1E99" w14:textId="77777777" w:rsidR="00555156" w:rsidRDefault="00522A68">
      <w:pPr>
        <w:spacing w:before="160" w:after="60"/>
      </w:pPr>
      <w:r>
        <w:rPr>
          <w:b/>
          <w:sz w:val="22"/>
        </w:rPr>
        <w:lastRenderedPageBreak/>
        <w:t>（様式４）</w:t>
      </w:r>
    </w:p>
    <w:p w14:paraId="7BDE924B" w14:textId="77777777" w:rsidR="00555156" w:rsidRDefault="00522A68">
      <w:pPr>
        <w:jc w:val="center"/>
      </w:pPr>
      <w:r>
        <w:rPr>
          <w:b/>
          <w:sz w:val="28"/>
        </w:rPr>
        <w:t>業　務　体　制</w:t>
      </w:r>
    </w:p>
    <w:p w14:paraId="249F48B9" w14:textId="77777777" w:rsidR="00555156" w:rsidRDefault="00522A68">
      <w:pPr>
        <w:spacing w:after="60"/>
        <w:rPr>
          <w:lang w:eastAsia="ja-JP"/>
        </w:rPr>
      </w:pPr>
      <w:r>
        <w:rPr>
          <w:lang w:eastAsia="ja-JP"/>
        </w:rPr>
        <w:t>（１）総括責任者及び主たる担当者の氏名、経歴を記載すること。※経歴について、予定等は認めない。</w:t>
      </w:r>
    </w:p>
    <w:tbl>
      <w:tblPr>
        <w:tblStyle w:val="afe"/>
        <w:tblW w:w="0" w:type="auto"/>
        <w:jc w:val="center"/>
        <w:tblLook w:val="04A0" w:firstRow="1" w:lastRow="0" w:firstColumn="1" w:lastColumn="0" w:noHBand="0" w:noVBand="1"/>
      </w:tblPr>
      <w:tblGrid>
        <w:gridCol w:w="1814"/>
        <w:gridCol w:w="2551"/>
        <w:gridCol w:w="4706"/>
      </w:tblGrid>
      <w:tr w:rsidR="00555156" w14:paraId="7CAB35DB" w14:textId="77777777">
        <w:trPr>
          <w:tblHeader/>
          <w:jc w:val="center"/>
        </w:trPr>
        <w:tc>
          <w:tcPr>
            <w:tcW w:w="1814" w:type="dxa"/>
            <w:shd w:val="clear" w:color="auto" w:fill="F2F2F2"/>
            <w:vAlign w:val="center"/>
          </w:tcPr>
          <w:p w14:paraId="0DB5B641" w14:textId="77777777" w:rsidR="00555156" w:rsidRDefault="00522A68">
            <w:pPr>
              <w:jc w:val="center"/>
            </w:pPr>
            <w:proofErr w:type="spellStart"/>
            <w:r>
              <w:rPr>
                <w:b/>
                <w:sz w:val="19"/>
              </w:rPr>
              <w:t>区分</w:t>
            </w:r>
            <w:proofErr w:type="spellEnd"/>
          </w:p>
        </w:tc>
        <w:tc>
          <w:tcPr>
            <w:tcW w:w="2551" w:type="dxa"/>
            <w:shd w:val="clear" w:color="auto" w:fill="F2F2F2"/>
            <w:vAlign w:val="center"/>
          </w:tcPr>
          <w:p w14:paraId="0F1D9550" w14:textId="77777777" w:rsidR="00555156" w:rsidRDefault="00522A68">
            <w:pPr>
              <w:jc w:val="center"/>
            </w:pPr>
            <w:r>
              <w:rPr>
                <w:b/>
                <w:sz w:val="19"/>
              </w:rPr>
              <w:t>氏名（フリガナ）</w:t>
            </w:r>
          </w:p>
        </w:tc>
        <w:tc>
          <w:tcPr>
            <w:tcW w:w="4706" w:type="dxa"/>
            <w:shd w:val="clear" w:color="auto" w:fill="F2F2F2"/>
            <w:vAlign w:val="center"/>
          </w:tcPr>
          <w:p w14:paraId="7CF5CC4A" w14:textId="77777777" w:rsidR="00555156" w:rsidRDefault="00522A68">
            <w:pPr>
              <w:jc w:val="center"/>
            </w:pPr>
            <w:r>
              <w:rPr>
                <w:b/>
                <w:sz w:val="19"/>
              </w:rPr>
              <w:t>経歴</w:t>
            </w:r>
          </w:p>
        </w:tc>
      </w:tr>
      <w:tr w:rsidR="00555156" w14:paraId="2AEC6834" w14:textId="77777777">
        <w:trPr>
          <w:jc w:val="center"/>
        </w:trPr>
        <w:tc>
          <w:tcPr>
            <w:tcW w:w="1814" w:type="dxa"/>
            <w:vAlign w:val="center"/>
          </w:tcPr>
          <w:p w14:paraId="4F3DFFE1" w14:textId="77777777" w:rsidR="00555156" w:rsidRDefault="00522A68">
            <w:r>
              <w:rPr>
                <w:sz w:val="19"/>
              </w:rPr>
              <w:t>統括責任者</w:t>
            </w:r>
          </w:p>
        </w:tc>
        <w:tc>
          <w:tcPr>
            <w:tcW w:w="2551" w:type="dxa"/>
            <w:vAlign w:val="center"/>
          </w:tcPr>
          <w:p w14:paraId="188E352E" w14:textId="77777777" w:rsidR="00555156" w:rsidRDefault="00555156"/>
        </w:tc>
        <w:tc>
          <w:tcPr>
            <w:tcW w:w="4706" w:type="dxa"/>
            <w:vAlign w:val="center"/>
          </w:tcPr>
          <w:p w14:paraId="229AE268" w14:textId="77777777" w:rsidR="00555156" w:rsidRDefault="00555156"/>
        </w:tc>
      </w:tr>
      <w:tr w:rsidR="00555156" w14:paraId="35F86BEF" w14:textId="77777777">
        <w:trPr>
          <w:jc w:val="center"/>
        </w:trPr>
        <w:tc>
          <w:tcPr>
            <w:tcW w:w="1814" w:type="dxa"/>
            <w:vAlign w:val="center"/>
          </w:tcPr>
          <w:p w14:paraId="4A66641D" w14:textId="77777777" w:rsidR="00555156" w:rsidRDefault="00522A68">
            <w:r>
              <w:rPr>
                <w:sz w:val="19"/>
              </w:rPr>
              <w:t>主たる担当者</w:t>
            </w:r>
          </w:p>
        </w:tc>
        <w:tc>
          <w:tcPr>
            <w:tcW w:w="2551" w:type="dxa"/>
            <w:vAlign w:val="center"/>
          </w:tcPr>
          <w:p w14:paraId="551B827A" w14:textId="77777777" w:rsidR="00555156" w:rsidRDefault="00555156"/>
        </w:tc>
        <w:tc>
          <w:tcPr>
            <w:tcW w:w="4706" w:type="dxa"/>
            <w:vAlign w:val="center"/>
          </w:tcPr>
          <w:p w14:paraId="1B696946" w14:textId="77777777" w:rsidR="00555156" w:rsidRDefault="00555156"/>
        </w:tc>
      </w:tr>
    </w:tbl>
    <w:p w14:paraId="165190EF" w14:textId="77777777" w:rsidR="00555156" w:rsidRDefault="00555156"/>
    <w:p w14:paraId="5231E3E2" w14:textId="77777777" w:rsidR="00555156" w:rsidRDefault="00522A68">
      <w:pPr>
        <w:spacing w:after="60"/>
        <w:rPr>
          <w:lang w:eastAsia="ja-JP"/>
        </w:rPr>
      </w:pPr>
      <w:r>
        <w:rPr>
          <w:lang w:eastAsia="ja-JP"/>
        </w:rPr>
        <w:t>（２）本業務における従事者の配置計画について記載すること。</w:t>
      </w:r>
    </w:p>
    <w:p w14:paraId="5F0044BE" w14:textId="77777777" w:rsidR="00555156" w:rsidRDefault="00522A68">
      <w:pPr>
        <w:spacing w:after="60"/>
        <w:rPr>
          <w:lang w:eastAsia="ja-JP"/>
        </w:rPr>
      </w:pPr>
      <w:r>
        <w:rPr>
          <w:lang w:eastAsia="ja-JP"/>
        </w:rPr>
        <w:t xml:space="preserve">　</w:t>
      </w:r>
    </w:p>
    <w:p w14:paraId="285A1F97" w14:textId="77777777" w:rsidR="00555156" w:rsidRDefault="00522A68">
      <w:pPr>
        <w:spacing w:after="60"/>
        <w:rPr>
          <w:lang w:eastAsia="ja-JP"/>
        </w:rPr>
      </w:pPr>
      <w:r>
        <w:rPr>
          <w:lang w:eastAsia="ja-JP"/>
        </w:rPr>
        <w:t xml:space="preserve">　</w:t>
      </w:r>
    </w:p>
    <w:p w14:paraId="247AB348" w14:textId="77777777" w:rsidR="00555156" w:rsidRDefault="00522A68">
      <w:pPr>
        <w:spacing w:after="60"/>
        <w:rPr>
          <w:lang w:eastAsia="ja-JP"/>
        </w:rPr>
      </w:pPr>
      <w:r>
        <w:rPr>
          <w:lang w:eastAsia="ja-JP"/>
        </w:rPr>
        <w:t xml:space="preserve">　</w:t>
      </w:r>
    </w:p>
    <w:p w14:paraId="123C9951" w14:textId="77777777" w:rsidR="00555156" w:rsidRDefault="00522A68">
      <w:pPr>
        <w:spacing w:after="60"/>
        <w:rPr>
          <w:lang w:eastAsia="ja-JP"/>
        </w:rPr>
      </w:pPr>
      <w:r>
        <w:rPr>
          <w:lang w:eastAsia="ja-JP"/>
        </w:rPr>
        <w:t xml:space="preserve">　</w:t>
      </w:r>
    </w:p>
    <w:p w14:paraId="39D268D5" w14:textId="77777777" w:rsidR="00555156" w:rsidRDefault="00522A68">
      <w:pPr>
        <w:spacing w:after="60"/>
        <w:rPr>
          <w:lang w:eastAsia="ja-JP"/>
        </w:rPr>
      </w:pPr>
      <w:r>
        <w:rPr>
          <w:lang w:eastAsia="ja-JP"/>
        </w:rPr>
        <w:t xml:space="preserve">　</w:t>
      </w:r>
    </w:p>
    <w:p w14:paraId="580C73E4" w14:textId="77777777" w:rsidR="00555156" w:rsidRDefault="00522A68">
      <w:pPr>
        <w:spacing w:after="60"/>
        <w:rPr>
          <w:lang w:eastAsia="ja-JP"/>
        </w:rPr>
      </w:pPr>
      <w:r>
        <w:rPr>
          <w:lang w:eastAsia="ja-JP"/>
        </w:rPr>
        <w:t xml:space="preserve">　</w:t>
      </w:r>
    </w:p>
    <w:p w14:paraId="70C6DABA" w14:textId="77777777" w:rsidR="00555156" w:rsidRDefault="00522A68">
      <w:pPr>
        <w:spacing w:after="60"/>
        <w:rPr>
          <w:lang w:eastAsia="ja-JP"/>
        </w:rPr>
      </w:pPr>
      <w:r>
        <w:rPr>
          <w:lang w:eastAsia="ja-JP"/>
        </w:rPr>
        <w:t xml:space="preserve">　</w:t>
      </w:r>
    </w:p>
    <w:p w14:paraId="17C1F6CD" w14:textId="77777777" w:rsidR="00555156" w:rsidRDefault="00522A68">
      <w:pPr>
        <w:spacing w:after="60"/>
        <w:rPr>
          <w:lang w:eastAsia="ja-JP"/>
        </w:rPr>
      </w:pPr>
      <w:r>
        <w:rPr>
          <w:lang w:eastAsia="ja-JP"/>
        </w:rPr>
        <w:t xml:space="preserve">　</w:t>
      </w:r>
    </w:p>
    <w:p w14:paraId="0725D93D" w14:textId="77777777" w:rsidR="00555156" w:rsidRDefault="00522A68">
      <w:pPr>
        <w:spacing w:after="60"/>
        <w:rPr>
          <w:lang w:eastAsia="ja-JP"/>
        </w:rPr>
      </w:pPr>
      <w:r>
        <w:rPr>
          <w:lang w:eastAsia="ja-JP"/>
        </w:rPr>
        <w:t xml:space="preserve">　</w:t>
      </w:r>
    </w:p>
    <w:p w14:paraId="520BA691" w14:textId="77777777" w:rsidR="00555156" w:rsidRDefault="00522A68">
      <w:pPr>
        <w:spacing w:after="60"/>
        <w:rPr>
          <w:lang w:eastAsia="ja-JP"/>
        </w:rPr>
      </w:pPr>
      <w:r>
        <w:rPr>
          <w:lang w:eastAsia="ja-JP"/>
        </w:rPr>
        <w:t xml:space="preserve">　</w:t>
      </w:r>
    </w:p>
    <w:p w14:paraId="2401E55D" w14:textId="77777777" w:rsidR="00555156" w:rsidRDefault="00522A68">
      <w:pPr>
        <w:spacing w:after="60"/>
        <w:rPr>
          <w:lang w:eastAsia="ja-JP"/>
        </w:rPr>
      </w:pPr>
      <w:r>
        <w:rPr>
          <w:lang w:eastAsia="ja-JP"/>
        </w:rPr>
        <w:t>（３）医師事務作業補助者の施設基準上の業務範囲を踏まえた業務設計を行う体制について記載すること。</w:t>
      </w:r>
    </w:p>
    <w:p w14:paraId="77C8EEB5" w14:textId="77777777" w:rsidR="00555156" w:rsidRDefault="00522A68">
      <w:pPr>
        <w:spacing w:after="60"/>
        <w:rPr>
          <w:lang w:eastAsia="ja-JP"/>
        </w:rPr>
      </w:pPr>
      <w:r>
        <w:rPr>
          <w:lang w:eastAsia="ja-JP"/>
        </w:rPr>
        <w:t xml:space="preserve">　</w:t>
      </w:r>
    </w:p>
    <w:p w14:paraId="727A925B" w14:textId="77777777" w:rsidR="00555156" w:rsidRDefault="00522A68">
      <w:pPr>
        <w:spacing w:after="60"/>
        <w:rPr>
          <w:lang w:eastAsia="ja-JP"/>
        </w:rPr>
      </w:pPr>
      <w:r>
        <w:rPr>
          <w:lang w:eastAsia="ja-JP"/>
        </w:rPr>
        <w:t xml:space="preserve">　</w:t>
      </w:r>
    </w:p>
    <w:p w14:paraId="634DAFF5" w14:textId="77777777" w:rsidR="00555156" w:rsidRDefault="00522A68">
      <w:pPr>
        <w:spacing w:after="60"/>
        <w:rPr>
          <w:lang w:eastAsia="ja-JP"/>
        </w:rPr>
      </w:pPr>
      <w:r>
        <w:rPr>
          <w:lang w:eastAsia="ja-JP"/>
        </w:rPr>
        <w:t xml:space="preserve">　</w:t>
      </w:r>
    </w:p>
    <w:p w14:paraId="3664306F" w14:textId="77777777" w:rsidR="00555156" w:rsidRDefault="00522A68">
      <w:pPr>
        <w:spacing w:after="60"/>
        <w:rPr>
          <w:lang w:eastAsia="ja-JP"/>
        </w:rPr>
      </w:pPr>
      <w:r>
        <w:rPr>
          <w:lang w:eastAsia="ja-JP"/>
        </w:rPr>
        <w:t xml:space="preserve">　</w:t>
      </w:r>
    </w:p>
    <w:p w14:paraId="3CA2D16A" w14:textId="77777777" w:rsidR="00555156" w:rsidRDefault="00522A68">
      <w:pPr>
        <w:spacing w:after="60"/>
        <w:rPr>
          <w:lang w:eastAsia="ja-JP"/>
        </w:rPr>
      </w:pPr>
      <w:r>
        <w:rPr>
          <w:lang w:eastAsia="ja-JP"/>
        </w:rPr>
        <w:t xml:space="preserve">　</w:t>
      </w:r>
    </w:p>
    <w:p w14:paraId="4D48A719" w14:textId="77777777" w:rsidR="00555156" w:rsidRDefault="00522A68">
      <w:pPr>
        <w:spacing w:after="60"/>
        <w:rPr>
          <w:lang w:eastAsia="ja-JP"/>
        </w:rPr>
      </w:pPr>
      <w:r>
        <w:rPr>
          <w:lang w:eastAsia="ja-JP"/>
        </w:rPr>
        <w:t xml:space="preserve">　</w:t>
      </w:r>
    </w:p>
    <w:p w14:paraId="773F50E1" w14:textId="77777777" w:rsidR="00555156" w:rsidRDefault="00522A68">
      <w:pPr>
        <w:rPr>
          <w:lang w:eastAsia="ja-JP"/>
        </w:rPr>
      </w:pPr>
      <w:r>
        <w:rPr>
          <w:lang w:eastAsia="ja-JP"/>
        </w:rPr>
        <w:br w:type="page"/>
      </w:r>
    </w:p>
    <w:p w14:paraId="530ED008" w14:textId="77777777" w:rsidR="00555156" w:rsidRDefault="00522A68">
      <w:pPr>
        <w:spacing w:before="160" w:after="60"/>
        <w:rPr>
          <w:lang w:eastAsia="ja-JP"/>
        </w:rPr>
      </w:pPr>
      <w:r>
        <w:rPr>
          <w:b/>
          <w:sz w:val="22"/>
          <w:lang w:eastAsia="ja-JP"/>
        </w:rPr>
        <w:lastRenderedPageBreak/>
        <w:t>（様式５）</w:t>
      </w:r>
    </w:p>
    <w:p w14:paraId="7A4FAC54" w14:textId="77777777" w:rsidR="00555156" w:rsidRDefault="00522A68">
      <w:pPr>
        <w:jc w:val="center"/>
        <w:rPr>
          <w:lang w:eastAsia="ja-JP"/>
        </w:rPr>
      </w:pPr>
      <w:r>
        <w:rPr>
          <w:b/>
          <w:sz w:val="28"/>
          <w:lang w:eastAsia="ja-JP"/>
        </w:rPr>
        <w:t>準備業務等</w:t>
      </w:r>
    </w:p>
    <w:p w14:paraId="5D930228" w14:textId="77777777" w:rsidR="00555156" w:rsidRDefault="00522A68">
      <w:pPr>
        <w:spacing w:after="60"/>
        <w:rPr>
          <w:lang w:eastAsia="ja-JP"/>
        </w:rPr>
      </w:pPr>
      <w:r>
        <w:rPr>
          <w:lang w:eastAsia="ja-JP"/>
        </w:rPr>
        <w:t>業務スケジュールについて提案すること（※別添付書類可）。</w:t>
      </w:r>
    </w:p>
    <w:tbl>
      <w:tblPr>
        <w:tblStyle w:val="afe"/>
        <w:tblW w:w="0" w:type="auto"/>
        <w:jc w:val="center"/>
        <w:tblLook w:val="04A0" w:firstRow="1" w:lastRow="0" w:firstColumn="1" w:lastColumn="0" w:noHBand="0" w:noVBand="1"/>
      </w:tblPr>
      <w:tblGrid>
        <w:gridCol w:w="3099"/>
        <w:gridCol w:w="3099"/>
        <w:gridCol w:w="3099"/>
      </w:tblGrid>
      <w:tr w:rsidR="00555156" w14:paraId="72B31283" w14:textId="77777777">
        <w:trPr>
          <w:jc w:val="center"/>
        </w:trPr>
        <w:tc>
          <w:tcPr>
            <w:tcW w:w="3099" w:type="dxa"/>
            <w:shd w:val="clear" w:color="auto" w:fill="F2F2F2"/>
            <w:vAlign w:val="center"/>
          </w:tcPr>
          <w:p w14:paraId="6BC6AB3E" w14:textId="77777777" w:rsidR="00555156" w:rsidRDefault="00522A68">
            <w:pPr>
              <w:jc w:val="center"/>
            </w:pPr>
            <w:proofErr w:type="spellStart"/>
            <w:r>
              <w:rPr>
                <w:b/>
                <w:sz w:val="19"/>
              </w:rPr>
              <w:t>期間</w:t>
            </w:r>
            <w:proofErr w:type="spellEnd"/>
          </w:p>
        </w:tc>
        <w:tc>
          <w:tcPr>
            <w:tcW w:w="3099" w:type="dxa"/>
            <w:shd w:val="clear" w:color="auto" w:fill="F2F2F2"/>
            <w:vAlign w:val="center"/>
          </w:tcPr>
          <w:p w14:paraId="3FA46D3F" w14:textId="77777777" w:rsidR="00555156" w:rsidRDefault="00522A68">
            <w:pPr>
              <w:jc w:val="center"/>
            </w:pPr>
            <w:r>
              <w:rPr>
                <w:b/>
                <w:sz w:val="19"/>
              </w:rPr>
              <w:t>実施内容</w:t>
            </w:r>
          </w:p>
        </w:tc>
        <w:tc>
          <w:tcPr>
            <w:tcW w:w="3099" w:type="dxa"/>
            <w:shd w:val="clear" w:color="auto" w:fill="F2F2F2"/>
            <w:vAlign w:val="center"/>
          </w:tcPr>
          <w:p w14:paraId="21FFF051" w14:textId="77777777" w:rsidR="00555156" w:rsidRDefault="00522A68">
            <w:pPr>
              <w:jc w:val="center"/>
            </w:pPr>
            <w:r>
              <w:rPr>
                <w:b/>
                <w:sz w:val="19"/>
              </w:rPr>
              <w:t>成果・到達目標</w:t>
            </w:r>
          </w:p>
        </w:tc>
      </w:tr>
      <w:tr w:rsidR="00555156" w14:paraId="364CB260" w14:textId="77777777">
        <w:trPr>
          <w:jc w:val="center"/>
        </w:trPr>
        <w:tc>
          <w:tcPr>
            <w:tcW w:w="3099" w:type="dxa"/>
            <w:vAlign w:val="center"/>
          </w:tcPr>
          <w:p w14:paraId="5ADA298B" w14:textId="77777777" w:rsidR="00555156" w:rsidRDefault="00522A68">
            <w:r>
              <w:rPr>
                <w:sz w:val="19"/>
              </w:rPr>
              <w:t>第1月</w:t>
            </w:r>
          </w:p>
        </w:tc>
        <w:tc>
          <w:tcPr>
            <w:tcW w:w="3099" w:type="dxa"/>
            <w:vAlign w:val="center"/>
          </w:tcPr>
          <w:p w14:paraId="7E78A05F" w14:textId="77777777" w:rsidR="00555156" w:rsidRDefault="00522A68">
            <w:r>
              <w:rPr>
                <w:sz w:val="19"/>
              </w:rPr>
              <w:br/>
            </w:r>
            <w:r>
              <w:rPr>
                <w:sz w:val="19"/>
              </w:rPr>
              <w:br/>
            </w:r>
          </w:p>
        </w:tc>
        <w:tc>
          <w:tcPr>
            <w:tcW w:w="3099" w:type="dxa"/>
            <w:vAlign w:val="center"/>
          </w:tcPr>
          <w:p w14:paraId="74AD4569" w14:textId="77777777" w:rsidR="00555156" w:rsidRDefault="00522A68">
            <w:r>
              <w:rPr>
                <w:sz w:val="19"/>
              </w:rPr>
              <w:br/>
            </w:r>
            <w:r>
              <w:rPr>
                <w:sz w:val="19"/>
              </w:rPr>
              <w:br/>
            </w:r>
          </w:p>
        </w:tc>
      </w:tr>
      <w:tr w:rsidR="00555156" w14:paraId="3C6436B9" w14:textId="77777777">
        <w:trPr>
          <w:jc w:val="center"/>
        </w:trPr>
        <w:tc>
          <w:tcPr>
            <w:tcW w:w="3099" w:type="dxa"/>
            <w:vAlign w:val="center"/>
          </w:tcPr>
          <w:p w14:paraId="3763CFA3" w14:textId="77777777" w:rsidR="00555156" w:rsidRDefault="00522A68">
            <w:r>
              <w:rPr>
                <w:sz w:val="19"/>
              </w:rPr>
              <w:t>第2月</w:t>
            </w:r>
          </w:p>
        </w:tc>
        <w:tc>
          <w:tcPr>
            <w:tcW w:w="3099" w:type="dxa"/>
            <w:vAlign w:val="center"/>
          </w:tcPr>
          <w:p w14:paraId="0B2173FD" w14:textId="77777777" w:rsidR="00555156" w:rsidRDefault="00522A68">
            <w:r>
              <w:rPr>
                <w:sz w:val="19"/>
              </w:rPr>
              <w:br/>
            </w:r>
            <w:r>
              <w:rPr>
                <w:sz w:val="19"/>
              </w:rPr>
              <w:br/>
            </w:r>
          </w:p>
        </w:tc>
        <w:tc>
          <w:tcPr>
            <w:tcW w:w="3099" w:type="dxa"/>
            <w:vAlign w:val="center"/>
          </w:tcPr>
          <w:p w14:paraId="1D6B673C" w14:textId="77777777" w:rsidR="00555156" w:rsidRDefault="00522A68">
            <w:r>
              <w:rPr>
                <w:sz w:val="19"/>
              </w:rPr>
              <w:br/>
            </w:r>
            <w:r>
              <w:rPr>
                <w:sz w:val="19"/>
              </w:rPr>
              <w:br/>
            </w:r>
          </w:p>
        </w:tc>
      </w:tr>
      <w:tr w:rsidR="00555156" w14:paraId="14FE46D9" w14:textId="77777777">
        <w:trPr>
          <w:jc w:val="center"/>
        </w:trPr>
        <w:tc>
          <w:tcPr>
            <w:tcW w:w="3099" w:type="dxa"/>
            <w:vAlign w:val="center"/>
          </w:tcPr>
          <w:p w14:paraId="6B942D72" w14:textId="77777777" w:rsidR="00555156" w:rsidRDefault="00522A68">
            <w:r>
              <w:rPr>
                <w:sz w:val="19"/>
              </w:rPr>
              <w:t>第3月</w:t>
            </w:r>
          </w:p>
        </w:tc>
        <w:tc>
          <w:tcPr>
            <w:tcW w:w="3099" w:type="dxa"/>
            <w:vAlign w:val="center"/>
          </w:tcPr>
          <w:p w14:paraId="2EA0713E" w14:textId="77777777" w:rsidR="00555156" w:rsidRDefault="00522A68">
            <w:r>
              <w:rPr>
                <w:sz w:val="19"/>
              </w:rPr>
              <w:br/>
            </w:r>
            <w:r>
              <w:rPr>
                <w:sz w:val="19"/>
              </w:rPr>
              <w:br/>
            </w:r>
          </w:p>
        </w:tc>
        <w:tc>
          <w:tcPr>
            <w:tcW w:w="3099" w:type="dxa"/>
            <w:vAlign w:val="center"/>
          </w:tcPr>
          <w:p w14:paraId="5C2510B1" w14:textId="77777777" w:rsidR="00555156" w:rsidRDefault="00522A68">
            <w:r>
              <w:rPr>
                <w:sz w:val="19"/>
              </w:rPr>
              <w:br/>
            </w:r>
            <w:r>
              <w:rPr>
                <w:sz w:val="19"/>
              </w:rPr>
              <w:br/>
            </w:r>
          </w:p>
        </w:tc>
      </w:tr>
      <w:tr w:rsidR="00555156" w14:paraId="581700E5" w14:textId="77777777">
        <w:trPr>
          <w:jc w:val="center"/>
        </w:trPr>
        <w:tc>
          <w:tcPr>
            <w:tcW w:w="3099" w:type="dxa"/>
            <w:vAlign w:val="center"/>
          </w:tcPr>
          <w:p w14:paraId="79F09F90" w14:textId="77777777" w:rsidR="00555156" w:rsidRDefault="00522A68">
            <w:r>
              <w:rPr>
                <w:sz w:val="19"/>
              </w:rPr>
              <w:t>第4月</w:t>
            </w:r>
          </w:p>
        </w:tc>
        <w:tc>
          <w:tcPr>
            <w:tcW w:w="3099" w:type="dxa"/>
            <w:vAlign w:val="center"/>
          </w:tcPr>
          <w:p w14:paraId="1F264203" w14:textId="77777777" w:rsidR="00555156" w:rsidRDefault="00522A68">
            <w:r>
              <w:rPr>
                <w:sz w:val="19"/>
              </w:rPr>
              <w:br/>
            </w:r>
            <w:r>
              <w:rPr>
                <w:sz w:val="19"/>
              </w:rPr>
              <w:br/>
            </w:r>
          </w:p>
        </w:tc>
        <w:tc>
          <w:tcPr>
            <w:tcW w:w="3099" w:type="dxa"/>
            <w:vAlign w:val="center"/>
          </w:tcPr>
          <w:p w14:paraId="19BF39BF" w14:textId="77777777" w:rsidR="00555156" w:rsidRDefault="00522A68">
            <w:r>
              <w:rPr>
                <w:sz w:val="19"/>
              </w:rPr>
              <w:br/>
            </w:r>
            <w:r>
              <w:rPr>
                <w:sz w:val="19"/>
              </w:rPr>
              <w:br/>
            </w:r>
          </w:p>
        </w:tc>
      </w:tr>
      <w:tr w:rsidR="00555156" w14:paraId="08FD67D0" w14:textId="77777777">
        <w:trPr>
          <w:jc w:val="center"/>
        </w:trPr>
        <w:tc>
          <w:tcPr>
            <w:tcW w:w="3099" w:type="dxa"/>
            <w:vAlign w:val="center"/>
          </w:tcPr>
          <w:p w14:paraId="058A26FD" w14:textId="77777777" w:rsidR="00555156" w:rsidRDefault="00522A68">
            <w:r>
              <w:rPr>
                <w:sz w:val="19"/>
              </w:rPr>
              <w:t>第5月</w:t>
            </w:r>
          </w:p>
        </w:tc>
        <w:tc>
          <w:tcPr>
            <w:tcW w:w="3099" w:type="dxa"/>
            <w:vAlign w:val="center"/>
          </w:tcPr>
          <w:p w14:paraId="20066A90" w14:textId="77777777" w:rsidR="00555156" w:rsidRDefault="00522A68">
            <w:r>
              <w:rPr>
                <w:sz w:val="19"/>
              </w:rPr>
              <w:br/>
            </w:r>
            <w:r>
              <w:rPr>
                <w:sz w:val="19"/>
              </w:rPr>
              <w:br/>
            </w:r>
          </w:p>
        </w:tc>
        <w:tc>
          <w:tcPr>
            <w:tcW w:w="3099" w:type="dxa"/>
            <w:vAlign w:val="center"/>
          </w:tcPr>
          <w:p w14:paraId="3132E80F" w14:textId="77777777" w:rsidR="00555156" w:rsidRDefault="00522A68">
            <w:r>
              <w:rPr>
                <w:sz w:val="19"/>
              </w:rPr>
              <w:br/>
            </w:r>
            <w:r>
              <w:rPr>
                <w:sz w:val="19"/>
              </w:rPr>
              <w:br/>
            </w:r>
          </w:p>
        </w:tc>
      </w:tr>
    </w:tbl>
    <w:p w14:paraId="4870FB3E" w14:textId="77777777" w:rsidR="00555156" w:rsidRDefault="00522A68">
      <w:r>
        <w:br w:type="page"/>
      </w:r>
    </w:p>
    <w:p w14:paraId="31635FCD" w14:textId="77777777" w:rsidR="00555156" w:rsidRDefault="00522A68">
      <w:pPr>
        <w:spacing w:before="160" w:after="60"/>
      </w:pPr>
      <w:r>
        <w:rPr>
          <w:b/>
          <w:sz w:val="22"/>
        </w:rPr>
        <w:lastRenderedPageBreak/>
        <w:t>（様式６）</w:t>
      </w:r>
    </w:p>
    <w:p w14:paraId="4C5F12FD" w14:textId="77777777" w:rsidR="00555156" w:rsidRDefault="00522A68">
      <w:pPr>
        <w:jc w:val="center"/>
      </w:pPr>
      <w:r>
        <w:rPr>
          <w:b/>
          <w:sz w:val="28"/>
        </w:rPr>
        <w:t>企　画　提　案　書</w:t>
      </w:r>
    </w:p>
    <w:p w14:paraId="766853BE" w14:textId="77777777" w:rsidR="00555156" w:rsidRDefault="00522A68">
      <w:pPr>
        <w:spacing w:after="60"/>
        <w:rPr>
          <w:lang w:eastAsia="ja-JP"/>
        </w:rPr>
      </w:pPr>
      <w:r>
        <w:rPr>
          <w:lang w:eastAsia="ja-JP"/>
        </w:rPr>
        <w:t>仕様書「4.業務概要」を踏まえた企画提案を記載すること。</w:t>
      </w:r>
    </w:p>
    <w:p w14:paraId="1B618614" w14:textId="77777777" w:rsidR="00555156" w:rsidRDefault="00522A68">
      <w:pPr>
        <w:spacing w:after="60"/>
        <w:rPr>
          <w:lang w:eastAsia="ja-JP"/>
        </w:rPr>
      </w:pPr>
      <w:r>
        <w:rPr>
          <w:lang w:eastAsia="ja-JP"/>
        </w:rPr>
        <w:t>（１）業務目的・背景の理解について</w:t>
      </w:r>
    </w:p>
    <w:p w14:paraId="07617008" w14:textId="77777777" w:rsidR="00555156" w:rsidRDefault="00522A68">
      <w:pPr>
        <w:spacing w:after="60"/>
        <w:rPr>
          <w:lang w:eastAsia="ja-JP"/>
        </w:rPr>
      </w:pPr>
      <w:r>
        <w:rPr>
          <w:lang w:eastAsia="ja-JP"/>
        </w:rPr>
        <w:t xml:space="preserve">　</w:t>
      </w:r>
    </w:p>
    <w:p w14:paraId="40139050" w14:textId="77777777" w:rsidR="00555156" w:rsidRDefault="00522A68">
      <w:pPr>
        <w:spacing w:after="60"/>
        <w:rPr>
          <w:lang w:eastAsia="ja-JP"/>
        </w:rPr>
      </w:pPr>
      <w:r>
        <w:rPr>
          <w:lang w:eastAsia="ja-JP"/>
        </w:rPr>
        <w:t xml:space="preserve">　</w:t>
      </w:r>
    </w:p>
    <w:p w14:paraId="499429C0" w14:textId="77777777" w:rsidR="00555156" w:rsidRDefault="00522A68">
      <w:pPr>
        <w:spacing w:after="60"/>
        <w:rPr>
          <w:lang w:eastAsia="ja-JP"/>
        </w:rPr>
      </w:pPr>
      <w:r>
        <w:rPr>
          <w:lang w:eastAsia="ja-JP"/>
        </w:rPr>
        <w:t xml:space="preserve">　</w:t>
      </w:r>
    </w:p>
    <w:p w14:paraId="541278AD" w14:textId="77777777" w:rsidR="00555156" w:rsidRDefault="00522A68">
      <w:pPr>
        <w:spacing w:after="60"/>
        <w:rPr>
          <w:lang w:eastAsia="ja-JP"/>
        </w:rPr>
      </w:pPr>
      <w:r>
        <w:rPr>
          <w:lang w:eastAsia="ja-JP"/>
        </w:rPr>
        <w:t xml:space="preserve">　</w:t>
      </w:r>
    </w:p>
    <w:p w14:paraId="63AC5B17" w14:textId="77777777" w:rsidR="00555156" w:rsidRDefault="00522A68">
      <w:pPr>
        <w:spacing w:after="60"/>
        <w:rPr>
          <w:lang w:eastAsia="ja-JP"/>
        </w:rPr>
      </w:pPr>
      <w:r>
        <w:rPr>
          <w:lang w:eastAsia="ja-JP"/>
        </w:rPr>
        <w:t xml:space="preserve">　</w:t>
      </w:r>
    </w:p>
    <w:p w14:paraId="662F5DD1" w14:textId="77777777" w:rsidR="00555156" w:rsidRDefault="00522A68">
      <w:pPr>
        <w:spacing w:after="60"/>
        <w:rPr>
          <w:lang w:eastAsia="ja-JP"/>
        </w:rPr>
      </w:pPr>
      <w:r>
        <w:rPr>
          <w:lang w:eastAsia="ja-JP"/>
        </w:rPr>
        <w:t>（２）医師事務作業補助者の施設基準上の業務範囲を踏まえた提案について</w:t>
      </w:r>
    </w:p>
    <w:p w14:paraId="422EFA4F" w14:textId="77777777" w:rsidR="00555156" w:rsidRDefault="00522A68">
      <w:pPr>
        <w:spacing w:after="60"/>
        <w:rPr>
          <w:lang w:eastAsia="ja-JP"/>
        </w:rPr>
      </w:pPr>
      <w:r>
        <w:rPr>
          <w:lang w:eastAsia="ja-JP"/>
        </w:rPr>
        <w:t xml:space="preserve">　</w:t>
      </w:r>
    </w:p>
    <w:p w14:paraId="1F458B4F" w14:textId="77777777" w:rsidR="00555156" w:rsidRDefault="00522A68">
      <w:pPr>
        <w:spacing w:after="60"/>
        <w:rPr>
          <w:lang w:eastAsia="ja-JP"/>
        </w:rPr>
      </w:pPr>
      <w:r>
        <w:rPr>
          <w:lang w:eastAsia="ja-JP"/>
        </w:rPr>
        <w:t xml:space="preserve">　</w:t>
      </w:r>
    </w:p>
    <w:p w14:paraId="49FE0AAC" w14:textId="77777777" w:rsidR="00555156" w:rsidRDefault="00522A68">
      <w:pPr>
        <w:spacing w:after="60"/>
        <w:rPr>
          <w:lang w:eastAsia="ja-JP"/>
        </w:rPr>
      </w:pPr>
      <w:r>
        <w:rPr>
          <w:lang w:eastAsia="ja-JP"/>
        </w:rPr>
        <w:t xml:space="preserve">　</w:t>
      </w:r>
    </w:p>
    <w:p w14:paraId="31EC526F" w14:textId="77777777" w:rsidR="00555156" w:rsidRDefault="00522A68">
      <w:pPr>
        <w:spacing w:after="60"/>
        <w:rPr>
          <w:lang w:eastAsia="ja-JP"/>
        </w:rPr>
      </w:pPr>
      <w:r>
        <w:rPr>
          <w:lang w:eastAsia="ja-JP"/>
        </w:rPr>
        <w:t xml:space="preserve">　</w:t>
      </w:r>
    </w:p>
    <w:p w14:paraId="52234005" w14:textId="77777777" w:rsidR="00555156" w:rsidRDefault="00522A68">
      <w:pPr>
        <w:spacing w:after="60"/>
        <w:rPr>
          <w:lang w:eastAsia="ja-JP"/>
        </w:rPr>
      </w:pPr>
      <w:r>
        <w:rPr>
          <w:lang w:eastAsia="ja-JP"/>
        </w:rPr>
        <w:t xml:space="preserve">　</w:t>
      </w:r>
    </w:p>
    <w:p w14:paraId="2D5BD589" w14:textId="77777777" w:rsidR="00555156" w:rsidRDefault="00522A68">
      <w:pPr>
        <w:spacing w:after="60"/>
        <w:rPr>
          <w:lang w:eastAsia="ja-JP"/>
        </w:rPr>
      </w:pPr>
      <w:r>
        <w:rPr>
          <w:lang w:eastAsia="ja-JP"/>
        </w:rPr>
        <w:t>（３）現状把握及び課題分析について</w:t>
      </w:r>
    </w:p>
    <w:p w14:paraId="371BBAD1" w14:textId="77777777" w:rsidR="00555156" w:rsidRDefault="00522A68">
      <w:pPr>
        <w:spacing w:after="60"/>
        <w:rPr>
          <w:lang w:eastAsia="ja-JP"/>
        </w:rPr>
      </w:pPr>
      <w:r>
        <w:rPr>
          <w:lang w:eastAsia="ja-JP"/>
        </w:rPr>
        <w:t xml:space="preserve">　</w:t>
      </w:r>
    </w:p>
    <w:p w14:paraId="3DDAB9CB" w14:textId="77777777" w:rsidR="00555156" w:rsidRDefault="00522A68">
      <w:pPr>
        <w:spacing w:after="60"/>
        <w:rPr>
          <w:lang w:eastAsia="ja-JP"/>
        </w:rPr>
      </w:pPr>
      <w:r>
        <w:rPr>
          <w:lang w:eastAsia="ja-JP"/>
        </w:rPr>
        <w:t xml:space="preserve">　</w:t>
      </w:r>
    </w:p>
    <w:p w14:paraId="0B1680BC" w14:textId="77777777" w:rsidR="00555156" w:rsidRDefault="00522A68">
      <w:pPr>
        <w:spacing w:after="60"/>
        <w:rPr>
          <w:lang w:eastAsia="ja-JP"/>
        </w:rPr>
      </w:pPr>
      <w:r>
        <w:rPr>
          <w:lang w:eastAsia="ja-JP"/>
        </w:rPr>
        <w:t xml:space="preserve">　</w:t>
      </w:r>
    </w:p>
    <w:p w14:paraId="7955538E" w14:textId="77777777" w:rsidR="00555156" w:rsidRDefault="00522A68">
      <w:pPr>
        <w:spacing w:after="60"/>
        <w:rPr>
          <w:lang w:eastAsia="ja-JP"/>
        </w:rPr>
      </w:pPr>
      <w:r>
        <w:rPr>
          <w:lang w:eastAsia="ja-JP"/>
        </w:rPr>
        <w:t xml:space="preserve">　</w:t>
      </w:r>
    </w:p>
    <w:p w14:paraId="597375AE" w14:textId="77777777" w:rsidR="00555156" w:rsidRDefault="00522A68">
      <w:pPr>
        <w:spacing w:after="60"/>
        <w:rPr>
          <w:lang w:eastAsia="ja-JP"/>
        </w:rPr>
      </w:pPr>
      <w:r>
        <w:rPr>
          <w:lang w:eastAsia="ja-JP"/>
        </w:rPr>
        <w:t xml:space="preserve">　</w:t>
      </w:r>
    </w:p>
    <w:p w14:paraId="3D76813B" w14:textId="77777777" w:rsidR="00555156" w:rsidRDefault="00522A68">
      <w:pPr>
        <w:spacing w:after="60"/>
        <w:rPr>
          <w:lang w:eastAsia="ja-JP"/>
        </w:rPr>
      </w:pPr>
      <w:r>
        <w:rPr>
          <w:lang w:eastAsia="ja-JP"/>
        </w:rPr>
        <w:t>（４）MAを活用した会計前工程改善モデルについて</w:t>
      </w:r>
    </w:p>
    <w:p w14:paraId="0648994A" w14:textId="77777777" w:rsidR="00555156" w:rsidRDefault="00522A68">
      <w:pPr>
        <w:spacing w:after="60"/>
        <w:rPr>
          <w:lang w:eastAsia="ja-JP"/>
        </w:rPr>
      </w:pPr>
      <w:r>
        <w:rPr>
          <w:lang w:eastAsia="ja-JP"/>
        </w:rPr>
        <w:t xml:space="preserve">　</w:t>
      </w:r>
    </w:p>
    <w:p w14:paraId="2A2D7218" w14:textId="77777777" w:rsidR="00555156" w:rsidRDefault="00522A68">
      <w:pPr>
        <w:spacing w:after="60"/>
        <w:rPr>
          <w:lang w:eastAsia="ja-JP"/>
        </w:rPr>
      </w:pPr>
      <w:r>
        <w:rPr>
          <w:lang w:eastAsia="ja-JP"/>
        </w:rPr>
        <w:t xml:space="preserve">　</w:t>
      </w:r>
    </w:p>
    <w:p w14:paraId="2C7EBDC4" w14:textId="77777777" w:rsidR="00555156" w:rsidRDefault="00522A68">
      <w:pPr>
        <w:spacing w:after="60"/>
        <w:rPr>
          <w:lang w:eastAsia="ja-JP"/>
        </w:rPr>
      </w:pPr>
      <w:r>
        <w:rPr>
          <w:lang w:eastAsia="ja-JP"/>
        </w:rPr>
        <w:t xml:space="preserve">　</w:t>
      </w:r>
    </w:p>
    <w:p w14:paraId="1542C0C7" w14:textId="77777777" w:rsidR="00555156" w:rsidRDefault="00522A68">
      <w:pPr>
        <w:spacing w:after="60"/>
        <w:rPr>
          <w:lang w:eastAsia="ja-JP"/>
        </w:rPr>
      </w:pPr>
      <w:r>
        <w:rPr>
          <w:lang w:eastAsia="ja-JP"/>
        </w:rPr>
        <w:t xml:space="preserve">　</w:t>
      </w:r>
    </w:p>
    <w:p w14:paraId="3CEA4B17" w14:textId="77777777" w:rsidR="00555156" w:rsidRDefault="00522A68">
      <w:pPr>
        <w:spacing w:after="60"/>
        <w:rPr>
          <w:lang w:eastAsia="ja-JP"/>
        </w:rPr>
      </w:pPr>
      <w:r>
        <w:rPr>
          <w:lang w:eastAsia="ja-JP"/>
        </w:rPr>
        <w:t xml:space="preserve">　</w:t>
      </w:r>
    </w:p>
    <w:p w14:paraId="034F7F0F" w14:textId="77777777" w:rsidR="00555156" w:rsidRDefault="00522A68">
      <w:pPr>
        <w:spacing w:after="60"/>
        <w:rPr>
          <w:lang w:eastAsia="ja-JP"/>
        </w:rPr>
      </w:pPr>
      <w:r>
        <w:rPr>
          <w:lang w:eastAsia="ja-JP"/>
        </w:rPr>
        <w:t>（５）標準化の構築について</w:t>
      </w:r>
    </w:p>
    <w:p w14:paraId="1BCA23CA" w14:textId="77777777" w:rsidR="00555156" w:rsidRDefault="00522A68">
      <w:pPr>
        <w:spacing w:after="60"/>
        <w:rPr>
          <w:lang w:eastAsia="ja-JP"/>
        </w:rPr>
      </w:pPr>
      <w:r>
        <w:rPr>
          <w:lang w:eastAsia="ja-JP"/>
        </w:rPr>
        <w:t xml:space="preserve">　</w:t>
      </w:r>
    </w:p>
    <w:p w14:paraId="34CBBED9" w14:textId="77777777" w:rsidR="00555156" w:rsidRDefault="00522A68">
      <w:pPr>
        <w:spacing w:after="60"/>
        <w:rPr>
          <w:lang w:eastAsia="ja-JP"/>
        </w:rPr>
      </w:pPr>
      <w:r>
        <w:rPr>
          <w:lang w:eastAsia="ja-JP"/>
        </w:rPr>
        <w:t xml:space="preserve">　</w:t>
      </w:r>
    </w:p>
    <w:p w14:paraId="076559BC" w14:textId="77777777" w:rsidR="00555156" w:rsidRDefault="00522A68">
      <w:pPr>
        <w:spacing w:after="60"/>
        <w:rPr>
          <w:lang w:eastAsia="ja-JP"/>
        </w:rPr>
      </w:pPr>
      <w:r>
        <w:rPr>
          <w:lang w:eastAsia="ja-JP"/>
        </w:rPr>
        <w:t xml:space="preserve">　</w:t>
      </w:r>
    </w:p>
    <w:p w14:paraId="56303F09" w14:textId="77777777" w:rsidR="00555156" w:rsidRDefault="00522A68">
      <w:pPr>
        <w:spacing w:after="60"/>
        <w:rPr>
          <w:lang w:eastAsia="ja-JP"/>
        </w:rPr>
      </w:pPr>
      <w:r>
        <w:rPr>
          <w:lang w:eastAsia="ja-JP"/>
        </w:rPr>
        <w:t xml:space="preserve">　</w:t>
      </w:r>
    </w:p>
    <w:p w14:paraId="13EF2FE3" w14:textId="77777777" w:rsidR="00555156" w:rsidRDefault="00522A68">
      <w:pPr>
        <w:spacing w:after="60"/>
        <w:rPr>
          <w:lang w:eastAsia="ja-JP"/>
        </w:rPr>
      </w:pPr>
      <w:r>
        <w:rPr>
          <w:lang w:eastAsia="ja-JP"/>
        </w:rPr>
        <w:t xml:space="preserve">　</w:t>
      </w:r>
    </w:p>
    <w:p w14:paraId="5A0CD55B" w14:textId="77777777" w:rsidR="00555156" w:rsidRDefault="00522A68">
      <w:pPr>
        <w:spacing w:after="60"/>
        <w:rPr>
          <w:lang w:eastAsia="ja-JP"/>
        </w:rPr>
      </w:pPr>
      <w:r>
        <w:rPr>
          <w:lang w:eastAsia="ja-JP"/>
        </w:rPr>
        <w:t>（６）他診療科への横展開及び自走化支援について</w:t>
      </w:r>
    </w:p>
    <w:p w14:paraId="3961DF3F" w14:textId="77777777" w:rsidR="00555156" w:rsidRDefault="00522A68">
      <w:pPr>
        <w:spacing w:after="60"/>
        <w:rPr>
          <w:lang w:eastAsia="ja-JP"/>
        </w:rPr>
      </w:pPr>
      <w:r>
        <w:rPr>
          <w:lang w:eastAsia="ja-JP"/>
        </w:rPr>
        <w:t xml:space="preserve">　</w:t>
      </w:r>
    </w:p>
    <w:p w14:paraId="7ABE4FE5" w14:textId="77777777" w:rsidR="00555156" w:rsidRDefault="00522A68">
      <w:pPr>
        <w:spacing w:after="60"/>
        <w:rPr>
          <w:lang w:eastAsia="ja-JP"/>
        </w:rPr>
      </w:pPr>
      <w:r>
        <w:rPr>
          <w:lang w:eastAsia="ja-JP"/>
        </w:rPr>
        <w:t xml:space="preserve">　</w:t>
      </w:r>
    </w:p>
    <w:p w14:paraId="720C067D" w14:textId="77777777" w:rsidR="00555156" w:rsidRDefault="00522A68">
      <w:pPr>
        <w:spacing w:after="60"/>
        <w:rPr>
          <w:lang w:eastAsia="ja-JP"/>
        </w:rPr>
      </w:pPr>
      <w:r>
        <w:rPr>
          <w:lang w:eastAsia="ja-JP"/>
        </w:rPr>
        <w:t xml:space="preserve">　</w:t>
      </w:r>
    </w:p>
    <w:p w14:paraId="5261E4D1" w14:textId="77777777" w:rsidR="00555156" w:rsidRDefault="00522A68">
      <w:pPr>
        <w:spacing w:after="60"/>
        <w:rPr>
          <w:lang w:eastAsia="ja-JP"/>
        </w:rPr>
      </w:pPr>
      <w:r>
        <w:rPr>
          <w:lang w:eastAsia="ja-JP"/>
        </w:rPr>
        <w:t xml:space="preserve">　</w:t>
      </w:r>
    </w:p>
    <w:p w14:paraId="10940610" w14:textId="77777777" w:rsidR="00555156" w:rsidRDefault="00522A68">
      <w:pPr>
        <w:spacing w:after="60"/>
        <w:rPr>
          <w:lang w:eastAsia="ja-JP"/>
        </w:rPr>
      </w:pPr>
      <w:r>
        <w:rPr>
          <w:lang w:eastAsia="ja-JP"/>
        </w:rPr>
        <w:t xml:space="preserve">　</w:t>
      </w:r>
    </w:p>
    <w:p w14:paraId="19B94904" w14:textId="77777777" w:rsidR="00555156" w:rsidRDefault="00522A68">
      <w:pPr>
        <w:spacing w:after="60"/>
        <w:rPr>
          <w:lang w:eastAsia="ja-JP"/>
        </w:rPr>
      </w:pPr>
      <w:r>
        <w:rPr>
          <w:lang w:eastAsia="ja-JP"/>
        </w:rPr>
        <w:t>（７）効果測定及び報告について</w:t>
      </w:r>
    </w:p>
    <w:p w14:paraId="7432D094" w14:textId="77777777" w:rsidR="00555156" w:rsidRDefault="00522A68">
      <w:pPr>
        <w:spacing w:after="60"/>
        <w:rPr>
          <w:lang w:eastAsia="ja-JP"/>
        </w:rPr>
      </w:pPr>
      <w:r>
        <w:rPr>
          <w:lang w:eastAsia="ja-JP"/>
        </w:rPr>
        <w:t xml:space="preserve">　</w:t>
      </w:r>
    </w:p>
    <w:p w14:paraId="5C78AB76" w14:textId="77777777" w:rsidR="00555156" w:rsidRDefault="00522A68">
      <w:pPr>
        <w:spacing w:after="60"/>
        <w:rPr>
          <w:lang w:eastAsia="ja-JP"/>
        </w:rPr>
      </w:pPr>
      <w:r>
        <w:rPr>
          <w:lang w:eastAsia="ja-JP"/>
        </w:rPr>
        <w:lastRenderedPageBreak/>
        <w:t xml:space="preserve">　</w:t>
      </w:r>
    </w:p>
    <w:p w14:paraId="1C56A4B6" w14:textId="77777777" w:rsidR="00555156" w:rsidRDefault="00522A68">
      <w:pPr>
        <w:spacing w:after="60"/>
        <w:rPr>
          <w:lang w:eastAsia="ja-JP"/>
        </w:rPr>
      </w:pPr>
      <w:r>
        <w:rPr>
          <w:lang w:eastAsia="ja-JP"/>
        </w:rPr>
        <w:t xml:space="preserve">　</w:t>
      </w:r>
    </w:p>
    <w:p w14:paraId="42F9A199" w14:textId="77777777" w:rsidR="00555156" w:rsidRDefault="00522A68">
      <w:pPr>
        <w:spacing w:after="60"/>
        <w:rPr>
          <w:lang w:eastAsia="ja-JP"/>
        </w:rPr>
      </w:pPr>
      <w:r>
        <w:rPr>
          <w:lang w:eastAsia="ja-JP"/>
        </w:rPr>
        <w:t xml:space="preserve">　</w:t>
      </w:r>
    </w:p>
    <w:p w14:paraId="7DB94F5B" w14:textId="77777777" w:rsidR="00555156" w:rsidRDefault="00522A68">
      <w:pPr>
        <w:spacing w:after="60"/>
        <w:rPr>
          <w:lang w:eastAsia="ja-JP"/>
        </w:rPr>
      </w:pPr>
      <w:r>
        <w:rPr>
          <w:lang w:eastAsia="ja-JP"/>
        </w:rPr>
        <w:t xml:space="preserve">　</w:t>
      </w:r>
    </w:p>
    <w:p w14:paraId="49266206" w14:textId="77777777" w:rsidR="00555156" w:rsidRDefault="00522A68">
      <w:pPr>
        <w:spacing w:after="60"/>
        <w:rPr>
          <w:lang w:eastAsia="ja-JP"/>
        </w:rPr>
      </w:pPr>
      <w:r>
        <w:rPr>
          <w:lang w:eastAsia="ja-JP"/>
        </w:rPr>
        <w:t>（８）その他（有用と思われる提案があれば記載）</w:t>
      </w:r>
    </w:p>
    <w:p w14:paraId="608B65B5" w14:textId="77777777" w:rsidR="00555156" w:rsidRDefault="00522A68">
      <w:pPr>
        <w:spacing w:after="60"/>
        <w:rPr>
          <w:lang w:eastAsia="ja-JP"/>
        </w:rPr>
      </w:pPr>
      <w:r>
        <w:rPr>
          <w:lang w:eastAsia="ja-JP"/>
        </w:rPr>
        <w:t xml:space="preserve">　</w:t>
      </w:r>
    </w:p>
    <w:p w14:paraId="5EC9AF50" w14:textId="77777777" w:rsidR="00555156" w:rsidRDefault="00522A68">
      <w:pPr>
        <w:spacing w:after="60"/>
        <w:rPr>
          <w:lang w:eastAsia="ja-JP"/>
        </w:rPr>
      </w:pPr>
      <w:r>
        <w:rPr>
          <w:lang w:eastAsia="ja-JP"/>
        </w:rPr>
        <w:t xml:space="preserve">　</w:t>
      </w:r>
    </w:p>
    <w:p w14:paraId="7A5772BD" w14:textId="77777777" w:rsidR="00555156" w:rsidRDefault="00522A68">
      <w:pPr>
        <w:spacing w:after="60"/>
        <w:rPr>
          <w:lang w:eastAsia="ja-JP"/>
        </w:rPr>
      </w:pPr>
      <w:r>
        <w:rPr>
          <w:lang w:eastAsia="ja-JP"/>
        </w:rPr>
        <w:t xml:space="preserve">　</w:t>
      </w:r>
    </w:p>
    <w:p w14:paraId="07D9C555" w14:textId="77777777" w:rsidR="00555156" w:rsidRDefault="00522A68">
      <w:pPr>
        <w:spacing w:after="60"/>
        <w:rPr>
          <w:lang w:eastAsia="ja-JP"/>
        </w:rPr>
      </w:pPr>
      <w:r>
        <w:rPr>
          <w:lang w:eastAsia="ja-JP"/>
        </w:rPr>
        <w:t xml:space="preserve">　</w:t>
      </w:r>
    </w:p>
    <w:p w14:paraId="48740D58" w14:textId="77777777" w:rsidR="00555156" w:rsidRDefault="00522A68">
      <w:pPr>
        <w:spacing w:after="60"/>
        <w:rPr>
          <w:lang w:eastAsia="ja-JP"/>
        </w:rPr>
      </w:pPr>
      <w:r>
        <w:rPr>
          <w:lang w:eastAsia="ja-JP"/>
        </w:rPr>
        <w:t xml:space="preserve">　</w:t>
      </w:r>
    </w:p>
    <w:p w14:paraId="2730BD0A" w14:textId="77777777" w:rsidR="00555156" w:rsidRDefault="00522A68">
      <w:pPr>
        <w:rPr>
          <w:lang w:eastAsia="ja-JP"/>
        </w:rPr>
      </w:pPr>
      <w:r>
        <w:rPr>
          <w:lang w:eastAsia="ja-JP"/>
        </w:rPr>
        <w:br w:type="page"/>
      </w:r>
    </w:p>
    <w:p w14:paraId="13D0FAD5" w14:textId="77777777" w:rsidR="00555156" w:rsidRDefault="00522A68">
      <w:pPr>
        <w:spacing w:before="160" w:after="60"/>
      </w:pPr>
      <w:r>
        <w:rPr>
          <w:b/>
          <w:sz w:val="22"/>
        </w:rPr>
        <w:lastRenderedPageBreak/>
        <w:t>（様式７）</w:t>
      </w:r>
    </w:p>
    <w:p w14:paraId="53337AD2" w14:textId="77777777" w:rsidR="00555156" w:rsidRDefault="00522A68">
      <w:pPr>
        <w:jc w:val="center"/>
      </w:pPr>
      <w:r>
        <w:rPr>
          <w:b/>
          <w:sz w:val="28"/>
        </w:rPr>
        <w:t>価　格　提　案　書</w:t>
      </w:r>
    </w:p>
    <w:p w14:paraId="78FBA207" w14:textId="77777777" w:rsidR="00555156" w:rsidRDefault="00522A68">
      <w:pPr>
        <w:spacing w:after="60"/>
      </w:pPr>
      <w:r>
        <w:t>（１）見積り金額</w:t>
      </w:r>
    </w:p>
    <w:tbl>
      <w:tblPr>
        <w:tblStyle w:val="afe"/>
        <w:tblW w:w="0" w:type="auto"/>
        <w:jc w:val="center"/>
        <w:tblLook w:val="04A0" w:firstRow="1" w:lastRow="0" w:firstColumn="1" w:lastColumn="0" w:noHBand="0" w:noVBand="1"/>
      </w:tblPr>
      <w:tblGrid>
        <w:gridCol w:w="930"/>
        <w:gridCol w:w="930"/>
        <w:gridCol w:w="930"/>
        <w:gridCol w:w="930"/>
        <w:gridCol w:w="930"/>
        <w:gridCol w:w="930"/>
        <w:gridCol w:w="930"/>
        <w:gridCol w:w="930"/>
        <w:gridCol w:w="930"/>
        <w:gridCol w:w="930"/>
      </w:tblGrid>
      <w:tr w:rsidR="00555156" w14:paraId="5333A330" w14:textId="77777777">
        <w:trPr>
          <w:jc w:val="center"/>
        </w:trPr>
        <w:tc>
          <w:tcPr>
            <w:tcW w:w="930" w:type="dxa"/>
            <w:shd w:val="clear" w:color="auto" w:fill="F2F2F2"/>
            <w:vAlign w:val="center"/>
          </w:tcPr>
          <w:p w14:paraId="6883DB47" w14:textId="77777777" w:rsidR="00555156" w:rsidRDefault="00522A68">
            <w:pPr>
              <w:jc w:val="center"/>
            </w:pPr>
            <w:r>
              <w:rPr>
                <w:b/>
                <w:sz w:val="18"/>
              </w:rPr>
              <w:t>見積金額（税抜き）</w:t>
            </w:r>
          </w:p>
        </w:tc>
        <w:tc>
          <w:tcPr>
            <w:tcW w:w="930" w:type="dxa"/>
            <w:shd w:val="clear" w:color="auto" w:fill="F2F2F2"/>
            <w:vAlign w:val="center"/>
          </w:tcPr>
          <w:p w14:paraId="258032FF" w14:textId="77777777" w:rsidR="00555156" w:rsidRDefault="00522A68">
            <w:pPr>
              <w:jc w:val="center"/>
            </w:pPr>
            <w:r>
              <w:rPr>
                <w:b/>
                <w:sz w:val="18"/>
              </w:rPr>
              <w:t>億</w:t>
            </w:r>
          </w:p>
        </w:tc>
        <w:tc>
          <w:tcPr>
            <w:tcW w:w="930" w:type="dxa"/>
            <w:shd w:val="clear" w:color="auto" w:fill="F2F2F2"/>
            <w:vAlign w:val="center"/>
          </w:tcPr>
          <w:p w14:paraId="4231324F" w14:textId="77777777" w:rsidR="00555156" w:rsidRDefault="00522A68">
            <w:pPr>
              <w:jc w:val="center"/>
            </w:pPr>
            <w:r>
              <w:rPr>
                <w:b/>
                <w:sz w:val="18"/>
              </w:rPr>
              <w:t>千万</w:t>
            </w:r>
          </w:p>
        </w:tc>
        <w:tc>
          <w:tcPr>
            <w:tcW w:w="930" w:type="dxa"/>
            <w:shd w:val="clear" w:color="auto" w:fill="F2F2F2"/>
            <w:vAlign w:val="center"/>
          </w:tcPr>
          <w:p w14:paraId="7463DA16" w14:textId="77777777" w:rsidR="00555156" w:rsidRDefault="00522A68">
            <w:pPr>
              <w:jc w:val="center"/>
            </w:pPr>
            <w:r>
              <w:rPr>
                <w:b/>
                <w:sz w:val="18"/>
              </w:rPr>
              <w:t>百万</w:t>
            </w:r>
          </w:p>
        </w:tc>
        <w:tc>
          <w:tcPr>
            <w:tcW w:w="930" w:type="dxa"/>
            <w:shd w:val="clear" w:color="auto" w:fill="F2F2F2"/>
            <w:vAlign w:val="center"/>
          </w:tcPr>
          <w:p w14:paraId="35B27295" w14:textId="77777777" w:rsidR="00555156" w:rsidRDefault="00522A68">
            <w:pPr>
              <w:jc w:val="center"/>
            </w:pPr>
            <w:r>
              <w:rPr>
                <w:b/>
                <w:sz w:val="18"/>
              </w:rPr>
              <w:t>十万</w:t>
            </w:r>
          </w:p>
        </w:tc>
        <w:tc>
          <w:tcPr>
            <w:tcW w:w="930" w:type="dxa"/>
            <w:shd w:val="clear" w:color="auto" w:fill="F2F2F2"/>
            <w:vAlign w:val="center"/>
          </w:tcPr>
          <w:p w14:paraId="19E289E2" w14:textId="77777777" w:rsidR="00555156" w:rsidRDefault="00522A68">
            <w:pPr>
              <w:jc w:val="center"/>
            </w:pPr>
            <w:r>
              <w:rPr>
                <w:b/>
                <w:sz w:val="18"/>
              </w:rPr>
              <w:t>万</w:t>
            </w:r>
          </w:p>
        </w:tc>
        <w:tc>
          <w:tcPr>
            <w:tcW w:w="930" w:type="dxa"/>
            <w:shd w:val="clear" w:color="auto" w:fill="F2F2F2"/>
            <w:vAlign w:val="center"/>
          </w:tcPr>
          <w:p w14:paraId="22D06F15" w14:textId="77777777" w:rsidR="00555156" w:rsidRDefault="00522A68">
            <w:pPr>
              <w:jc w:val="center"/>
            </w:pPr>
            <w:r>
              <w:rPr>
                <w:b/>
                <w:sz w:val="18"/>
              </w:rPr>
              <w:t>千</w:t>
            </w:r>
          </w:p>
        </w:tc>
        <w:tc>
          <w:tcPr>
            <w:tcW w:w="930" w:type="dxa"/>
            <w:shd w:val="clear" w:color="auto" w:fill="F2F2F2"/>
            <w:vAlign w:val="center"/>
          </w:tcPr>
          <w:p w14:paraId="31423326" w14:textId="77777777" w:rsidR="00555156" w:rsidRDefault="00522A68">
            <w:pPr>
              <w:jc w:val="center"/>
            </w:pPr>
            <w:r>
              <w:rPr>
                <w:b/>
                <w:sz w:val="18"/>
              </w:rPr>
              <w:t>百</w:t>
            </w:r>
          </w:p>
        </w:tc>
        <w:tc>
          <w:tcPr>
            <w:tcW w:w="930" w:type="dxa"/>
            <w:shd w:val="clear" w:color="auto" w:fill="F2F2F2"/>
            <w:vAlign w:val="center"/>
          </w:tcPr>
          <w:p w14:paraId="53B10D53" w14:textId="77777777" w:rsidR="00555156" w:rsidRDefault="00522A68">
            <w:pPr>
              <w:jc w:val="center"/>
            </w:pPr>
            <w:r>
              <w:rPr>
                <w:b/>
                <w:sz w:val="18"/>
              </w:rPr>
              <w:t>十</w:t>
            </w:r>
          </w:p>
        </w:tc>
        <w:tc>
          <w:tcPr>
            <w:tcW w:w="930" w:type="dxa"/>
            <w:shd w:val="clear" w:color="auto" w:fill="F2F2F2"/>
            <w:vAlign w:val="center"/>
          </w:tcPr>
          <w:p w14:paraId="4A58FECC" w14:textId="77777777" w:rsidR="00555156" w:rsidRDefault="00522A68">
            <w:pPr>
              <w:jc w:val="center"/>
            </w:pPr>
            <w:r>
              <w:rPr>
                <w:b/>
                <w:sz w:val="18"/>
              </w:rPr>
              <w:t>円</w:t>
            </w:r>
          </w:p>
        </w:tc>
      </w:tr>
      <w:tr w:rsidR="00555156" w14:paraId="0293FDA3" w14:textId="77777777">
        <w:trPr>
          <w:jc w:val="center"/>
        </w:trPr>
        <w:tc>
          <w:tcPr>
            <w:tcW w:w="930" w:type="dxa"/>
            <w:vAlign w:val="center"/>
          </w:tcPr>
          <w:p w14:paraId="7F08426C" w14:textId="77777777" w:rsidR="00555156" w:rsidRDefault="00522A68">
            <w:pPr>
              <w:jc w:val="center"/>
            </w:pPr>
            <w:r>
              <w:rPr>
                <w:sz w:val="20"/>
              </w:rPr>
              <w:t>￥</w:t>
            </w:r>
          </w:p>
        </w:tc>
        <w:tc>
          <w:tcPr>
            <w:tcW w:w="930" w:type="dxa"/>
            <w:vAlign w:val="center"/>
          </w:tcPr>
          <w:p w14:paraId="7AE92F34" w14:textId="77777777" w:rsidR="00555156" w:rsidRDefault="00555156">
            <w:pPr>
              <w:jc w:val="center"/>
            </w:pPr>
          </w:p>
        </w:tc>
        <w:tc>
          <w:tcPr>
            <w:tcW w:w="930" w:type="dxa"/>
            <w:vAlign w:val="center"/>
          </w:tcPr>
          <w:p w14:paraId="5EC4D566" w14:textId="77777777" w:rsidR="00555156" w:rsidRDefault="00555156">
            <w:pPr>
              <w:jc w:val="center"/>
            </w:pPr>
          </w:p>
        </w:tc>
        <w:tc>
          <w:tcPr>
            <w:tcW w:w="930" w:type="dxa"/>
            <w:vAlign w:val="center"/>
          </w:tcPr>
          <w:p w14:paraId="403B9F78" w14:textId="77777777" w:rsidR="00555156" w:rsidRDefault="00555156">
            <w:pPr>
              <w:jc w:val="center"/>
            </w:pPr>
          </w:p>
        </w:tc>
        <w:tc>
          <w:tcPr>
            <w:tcW w:w="930" w:type="dxa"/>
            <w:vAlign w:val="center"/>
          </w:tcPr>
          <w:p w14:paraId="4A618A45" w14:textId="77777777" w:rsidR="00555156" w:rsidRDefault="00555156">
            <w:pPr>
              <w:jc w:val="center"/>
            </w:pPr>
          </w:p>
        </w:tc>
        <w:tc>
          <w:tcPr>
            <w:tcW w:w="930" w:type="dxa"/>
            <w:vAlign w:val="center"/>
          </w:tcPr>
          <w:p w14:paraId="1B026471" w14:textId="77777777" w:rsidR="00555156" w:rsidRDefault="00555156">
            <w:pPr>
              <w:jc w:val="center"/>
            </w:pPr>
          </w:p>
        </w:tc>
        <w:tc>
          <w:tcPr>
            <w:tcW w:w="930" w:type="dxa"/>
            <w:vAlign w:val="center"/>
          </w:tcPr>
          <w:p w14:paraId="45D401B1" w14:textId="77777777" w:rsidR="00555156" w:rsidRDefault="00555156">
            <w:pPr>
              <w:jc w:val="center"/>
            </w:pPr>
          </w:p>
        </w:tc>
        <w:tc>
          <w:tcPr>
            <w:tcW w:w="930" w:type="dxa"/>
            <w:vAlign w:val="center"/>
          </w:tcPr>
          <w:p w14:paraId="7151B771" w14:textId="77777777" w:rsidR="00555156" w:rsidRDefault="00555156">
            <w:pPr>
              <w:jc w:val="center"/>
            </w:pPr>
          </w:p>
        </w:tc>
        <w:tc>
          <w:tcPr>
            <w:tcW w:w="930" w:type="dxa"/>
            <w:vAlign w:val="center"/>
          </w:tcPr>
          <w:p w14:paraId="66F76994" w14:textId="77777777" w:rsidR="00555156" w:rsidRDefault="00555156">
            <w:pPr>
              <w:jc w:val="center"/>
            </w:pPr>
          </w:p>
        </w:tc>
        <w:tc>
          <w:tcPr>
            <w:tcW w:w="930" w:type="dxa"/>
            <w:vAlign w:val="center"/>
          </w:tcPr>
          <w:p w14:paraId="3C9A3299" w14:textId="77777777" w:rsidR="00555156" w:rsidRDefault="00555156">
            <w:pPr>
              <w:jc w:val="center"/>
            </w:pPr>
          </w:p>
        </w:tc>
      </w:tr>
    </w:tbl>
    <w:p w14:paraId="027618D5" w14:textId="77777777" w:rsidR="00555156" w:rsidRDefault="00522A68">
      <w:pPr>
        <w:spacing w:after="60"/>
      </w:pPr>
      <w:r>
        <w:t>（２）見積り金額の内訳</w:t>
      </w:r>
    </w:p>
    <w:tbl>
      <w:tblPr>
        <w:tblStyle w:val="afe"/>
        <w:tblW w:w="0" w:type="auto"/>
        <w:jc w:val="center"/>
        <w:tblLook w:val="04A0" w:firstRow="1" w:lastRow="0" w:firstColumn="1" w:lastColumn="0" w:noHBand="0" w:noVBand="1"/>
      </w:tblPr>
      <w:tblGrid>
        <w:gridCol w:w="6237"/>
        <w:gridCol w:w="2835"/>
      </w:tblGrid>
      <w:tr w:rsidR="00555156" w14:paraId="009A4754" w14:textId="77777777">
        <w:trPr>
          <w:tblHeader/>
          <w:jc w:val="center"/>
        </w:trPr>
        <w:tc>
          <w:tcPr>
            <w:tcW w:w="6237" w:type="dxa"/>
            <w:shd w:val="clear" w:color="auto" w:fill="F2F2F2"/>
            <w:vAlign w:val="center"/>
          </w:tcPr>
          <w:p w14:paraId="07A342DB" w14:textId="77777777" w:rsidR="00555156" w:rsidRDefault="00522A68">
            <w:pPr>
              <w:jc w:val="center"/>
            </w:pPr>
            <w:r>
              <w:rPr>
                <w:b/>
                <w:sz w:val="19"/>
              </w:rPr>
              <w:t>内容明細</w:t>
            </w:r>
          </w:p>
        </w:tc>
        <w:tc>
          <w:tcPr>
            <w:tcW w:w="2835" w:type="dxa"/>
            <w:shd w:val="clear" w:color="auto" w:fill="F2F2F2"/>
            <w:vAlign w:val="center"/>
          </w:tcPr>
          <w:p w14:paraId="1D487AC3" w14:textId="77777777" w:rsidR="00555156" w:rsidRDefault="00522A68">
            <w:pPr>
              <w:jc w:val="center"/>
            </w:pPr>
            <w:r>
              <w:rPr>
                <w:b/>
                <w:sz w:val="19"/>
              </w:rPr>
              <w:t>金額</w:t>
            </w:r>
          </w:p>
        </w:tc>
      </w:tr>
      <w:tr w:rsidR="00555156" w14:paraId="13A9D88F" w14:textId="77777777">
        <w:trPr>
          <w:jc w:val="center"/>
        </w:trPr>
        <w:tc>
          <w:tcPr>
            <w:tcW w:w="6237" w:type="dxa"/>
            <w:vAlign w:val="center"/>
          </w:tcPr>
          <w:p w14:paraId="39AF2387" w14:textId="77777777" w:rsidR="00555156" w:rsidRDefault="00522A68">
            <w:r>
              <w:rPr>
                <w:sz w:val="19"/>
              </w:rPr>
              <w:t>人件費</w:t>
            </w:r>
          </w:p>
        </w:tc>
        <w:tc>
          <w:tcPr>
            <w:tcW w:w="2835" w:type="dxa"/>
            <w:vAlign w:val="center"/>
          </w:tcPr>
          <w:p w14:paraId="0EF2CCDC" w14:textId="77777777" w:rsidR="00555156" w:rsidRDefault="00555156"/>
        </w:tc>
      </w:tr>
      <w:tr w:rsidR="00555156" w14:paraId="709B8F2C" w14:textId="77777777">
        <w:trPr>
          <w:jc w:val="center"/>
        </w:trPr>
        <w:tc>
          <w:tcPr>
            <w:tcW w:w="6237" w:type="dxa"/>
            <w:vAlign w:val="center"/>
          </w:tcPr>
          <w:p w14:paraId="75E5A81C" w14:textId="77777777" w:rsidR="00555156" w:rsidRDefault="00522A68">
            <w:r>
              <w:rPr>
                <w:sz w:val="19"/>
              </w:rPr>
              <w:t>旅費交通費</w:t>
            </w:r>
          </w:p>
        </w:tc>
        <w:tc>
          <w:tcPr>
            <w:tcW w:w="2835" w:type="dxa"/>
            <w:vAlign w:val="center"/>
          </w:tcPr>
          <w:p w14:paraId="066F22ED" w14:textId="77777777" w:rsidR="00555156" w:rsidRDefault="00555156"/>
        </w:tc>
      </w:tr>
      <w:tr w:rsidR="00555156" w14:paraId="0996A4BA" w14:textId="77777777">
        <w:trPr>
          <w:jc w:val="center"/>
        </w:trPr>
        <w:tc>
          <w:tcPr>
            <w:tcW w:w="6237" w:type="dxa"/>
            <w:vAlign w:val="center"/>
          </w:tcPr>
          <w:p w14:paraId="1AD08A37" w14:textId="77777777" w:rsidR="00555156" w:rsidRDefault="00522A68">
            <w:r>
              <w:rPr>
                <w:sz w:val="19"/>
              </w:rPr>
              <w:t>資料作成費</w:t>
            </w:r>
          </w:p>
        </w:tc>
        <w:tc>
          <w:tcPr>
            <w:tcW w:w="2835" w:type="dxa"/>
            <w:vAlign w:val="center"/>
          </w:tcPr>
          <w:p w14:paraId="4D5323F1" w14:textId="77777777" w:rsidR="00555156" w:rsidRDefault="00555156"/>
        </w:tc>
      </w:tr>
      <w:tr w:rsidR="00555156" w14:paraId="01545967" w14:textId="77777777">
        <w:trPr>
          <w:jc w:val="center"/>
        </w:trPr>
        <w:tc>
          <w:tcPr>
            <w:tcW w:w="6237" w:type="dxa"/>
            <w:vAlign w:val="center"/>
          </w:tcPr>
          <w:p w14:paraId="733A34AE" w14:textId="77777777" w:rsidR="00555156" w:rsidRDefault="00522A68">
            <w:r>
              <w:rPr>
                <w:sz w:val="19"/>
              </w:rPr>
              <w:t>その他経費</w:t>
            </w:r>
          </w:p>
        </w:tc>
        <w:tc>
          <w:tcPr>
            <w:tcW w:w="2835" w:type="dxa"/>
            <w:vAlign w:val="center"/>
          </w:tcPr>
          <w:p w14:paraId="1B03F17F" w14:textId="77777777" w:rsidR="00555156" w:rsidRDefault="00555156"/>
        </w:tc>
      </w:tr>
      <w:tr w:rsidR="00555156" w14:paraId="4DBA8796" w14:textId="77777777">
        <w:trPr>
          <w:jc w:val="center"/>
        </w:trPr>
        <w:tc>
          <w:tcPr>
            <w:tcW w:w="6237" w:type="dxa"/>
            <w:vAlign w:val="center"/>
          </w:tcPr>
          <w:p w14:paraId="1BF663BE" w14:textId="77777777" w:rsidR="00555156" w:rsidRDefault="00522A68">
            <w:r>
              <w:rPr>
                <w:sz w:val="19"/>
              </w:rPr>
              <w:t>合計</w:t>
            </w:r>
          </w:p>
        </w:tc>
        <w:tc>
          <w:tcPr>
            <w:tcW w:w="2835" w:type="dxa"/>
            <w:vAlign w:val="center"/>
          </w:tcPr>
          <w:p w14:paraId="565D20A7" w14:textId="77777777" w:rsidR="00555156" w:rsidRDefault="00555156"/>
        </w:tc>
      </w:tr>
    </w:tbl>
    <w:p w14:paraId="07F070A5" w14:textId="77777777" w:rsidR="00555156" w:rsidRDefault="00555156"/>
    <w:p w14:paraId="2E1E13AE" w14:textId="77777777" w:rsidR="00555156" w:rsidRDefault="00522A68">
      <w:pPr>
        <w:spacing w:after="60"/>
        <w:rPr>
          <w:lang w:eastAsia="ja-JP"/>
        </w:rPr>
      </w:pPr>
      <w:r>
        <w:rPr>
          <w:lang w:eastAsia="ja-JP"/>
        </w:rPr>
        <w:t>※１　見積り金額は税抜きとすること。</w:t>
      </w:r>
    </w:p>
    <w:p w14:paraId="52E5B45B" w14:textId="77777777" w:rsidR="00555156" w:rsidRDefault="00522A68">
      <w:pPr>
        <w:spacing w:after="60"/>
        <w:rPr>
          <w:lang w:eastAsia="ja-JP"/>
        </w:rPr>
      </w:pPr>
      <w:r>
        <w:rPr>
          <w:lang w:eastAsia="ja-JP"/>
        </w:rPr>
        <w:t>※２　見積金額は、募集要領に記載する限度額を超えないこと。</w:t>
      </w:r>
    </w:p>
    <w:p w14:paraId="5144DF19" w14:textId="77777777" w:rsidR="00555156" w:rsidRDefault="00522A68">
      <w:pPr>
        <w:spacing w:after="60"/>
        <w:rPr>
          <w:lang w:eastAsia="ja-JP"/>
        </w:rPr>
      </w:pPr>
      <w:r>
        <w:rPr>
          <w:lang w:eastAsia="ja-JP"/>
        </w:rPr>
        <w:t>※３　業務の準備期間にかかる経費は業務受託者の負担とする。</w:t>
      </w:r>
    </w:p>
    <w:p w14:paraId="5A2FAC54" w14:textId="77777777" w:rsidR="00555156" w:rsidRDefault="00522A68">
      <w:pPr>
        <w:spacing w:after="60"/>
        <w:rPr>
          <w:lang w:eastAsia="ja-JP"/>
        </w:rPr>
      </w:pPr>
      <w:r>
        <w:rPr>
          <w:lang w:eastAsia="ja-JP"/>
        </w:rPr>
        <w:t>※４　内訳は、内容を整理し、詳細に記載すること。</w:t>
      </w:r>
    </w:p>
    <w:p w14:paraId="71F30215" w14:textId="77777777" w:rsidR="00555156" w:rsidRDefault="00522A68">
      <w:pPr>
        <w:spacing w:after="60"/>
        <w:rPr>
          <w:lang w:eastAsia="ja-JP"/>
        </w:rPr>
      </w:pPr>
      <w:r>
        <w:rPr>
          <w:lang w:eastAsia="ja-JP"/>
        </w:rPr>
        <w:t>※５　金額の頭に￥マークをつけること。</w:t>
      </w:r>
    </w:p>
    <w:p w14:paraId="12A3CB3B" w14:textId="77777777" w:rsidR="00555156" w:rsidRDefault="00522A68">
      <w:pPr>
        <w:rPr>
          <w:lang w:eastAsia="ja-JP"/>
        </w:rPr>
      </w:pPr>
      <w:r>
        <w:rPr>
          <w:lang w:eastAsia="ja-JP"/>
        </w:rPr>
        <w:br w:type="page"/>
      </w:r>
    </w:p>
    <w:p w14:paraId="30B8439E" w14:textId="77777777" w:rsidR="00555156" w:rsidRDefault="00522A68">
      <w:pPr>
        <w:spacing w:before="160" w:after="60"/>
      </w:pPr>
      <w:r>
        <w:rPr>
          <w:b/>
          <w:sz w:val="22"/>
        </w:rPr>
        <w:lastRenderedPageBreak/>
        <w:t>（様式８）</w:t>
      </w:r>
    </w:p>
    <w:p w14:paraId="2806CC2E" w14:textId="77777777" w:rsidR="00555156" w:rsidRDefault="00522A68">
      <w:pPr>
        <w:jc w:val="center"/>
      </w:pPr>
      <w:r>
        <w:rPr>
          <w:b/>
          <w:sz w:val="28"/>
        </w:rPr>
        <w:t>処　分　歴　等</w:t>
      </w:r>
    </w:p>
    <w:p w14:paraId="27D3DB00" w14:textId="77777777" w:rsidR="00555156" w:rsidRDefault="00522A68">
      <w:pPr>
        <w:spacing w:after="60"/>
        <w:rPr>
          <w:lang w:eastAsia="ja-JP"/>
        </w:rPr>
      </w:pPr>
      <w:r>
        <w:rPr>
          <w:lang w:eastAsia="ja-JP"/>
        </w:rPr>
        <w:t>公募開始日から過去3年以内の処分歴について、下記のとおり事実と相違ないことを誓約します。</w:t>
      </w:r>
    </w:p>
    <w:p w14:paraId="0585641F" w14:textId="77777777" w:rsidR="00555156" w:rsidRDefault="00522A68">
      <w:pPr>
        <w:spacing w:after="60"/>
        <w:rPr>
          <w:lang w:eastAsia="ja-JP"/>
        </w:rPr>
      </w:pPr>
      <w:r>
        <w:rPr>
          <w:lang w:eastAsia="ja-JP"/>
        </w:rPr>
        <w:t>☐　処分歴はありません</w:t>
      </w:r>
    </w:p>
    <w:p w14:paraId="695EB9EC" w14:textId="77777777" w:rsidR="00555156" w:rsidRDefault="00522A68">
      <w:pPr>
        <w:spacing w:after="60"/>
        <w:rPr>
          <w:lang w:eastAsia="ja-JP"/>
        </w:rPr>
      </w:pPr>
      <w:r>
        <w:rPr>
          <w:lang w:eastAsia="ja-JP"/>
        </w:rPr>
        <w:t>☐　入札参加停止又は入札参加除外措置を受けた</w:t>
      </w:r>
    </w:p>
    <w:p w14:paraId="720F8991" w14:textId="77777777" w:rsidR="00555156" w:rsidRDefault="00522A68">
      <w:pPr>
        <w:spacing w:after="60"/>
        <w:rPr>
          <w:lang w:eastAsia="ja-JP"/>
        </w:rPr>
      </w:pPr>
      <w:r>
        <w:rPr>
          <w:lang w:eastAsia="ja-JP"/>
        </w:rPr>
        <w:t>☐　契約解除を受けた</w:t>
      </w:r>
    </w:p>
    <w:p w14:paraId="591D8306" w14:textId="77777777" w:rsidR="00555156" w:rsidRDefault="00522A68">
      <w:pPr>
        <w:spacing w:after="60"/>
        <w:rPr>
          <w:lang w:eastAsia="ja-JP"/>
        </w:rPr>
      </w:pPr>
      <w:r>
        <w:rPr>
          <w:lang w:eastAsia="ja-JP"/>
        </w:rPr>
        <w:t>☐　書面での警告を受けた</w:t>
      </w:r>
    </w:p>
    <w:p w14:paraId="5C38670D" w14:textId="77777777" w:rsidR="00555156" w:rsidRDefault="00522A68">
      <w:pPr>
        <w:spacing w:after="60"/>
        <w:rPr>
          <w:lang w:eastAsia="ja-JP"/>
        </w:rPr>
      </w:pPr>
      <w:r>
        <w:rPr>
          <w:lang w:eastAsia="ja-JP"/>
        </w:rPr>
        <w:t>※該当事項がある場合は、内容が分かる資料を添付すること。</w:t>
      </w:r>
    </w:p>
    <w:sectPr w:rsidR="00555156"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76909670">
    <w:abstractNumId w:val="8"/>
  </w:num>
  <w:num w:numId="2" w16cid:durableId="94982037">
    <w:abstractNumId w:val="6"/>
  </w:num>
  <w:num w:numId="3" w16cid:durableId="242224446">
    <w:abstractNumId w:val="5"/>
  </w:num>
  <w:num w:numId="4" w16cid:durableId="1314992096">
    <w:abstractNumId w:val="4"/>
  </w:num>
  <w:num w:numId="5" w16cid:durableId="1219627386">
    <w:abstractNumId w:val="7"/>
  </w:num>
  <w:num w:numId="6" w16cid:durableId="2114863601">
    <w:abstractNumId w:val="3"/>
  </w:num>
  <w:num w:numId="7" w16cid:durableId="1229851558">
    <w:abstractNumId w:val="2"/>
  </w:num>
  <w:num w:numId="8" w16cid:durableId="2112626885">
    <w:abstractNumId w:val="1"/>
  </w:num>
  <w:num w:numId="9" w16cid:durableId="1723097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2A68"/>
    <w:rsid w:val="00555156"/>
    <w:rsid w:val="00745EB3"/>
    <w:rsid w:val="00923A18"/>
    <w:rsid w:val="00990D6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E2CE22A"/>
  <w14:defaultImageDpi w14:val="300"/>
  <w15:docId w15:val="{9F28EBAB-2083-470E-A39F-66AEA3BED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Noto Sans CJK JP" w:eastAsia="Noto Sans CJK JP" w:hAnsi="Noto Sans CJK JP"/>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豊田　聡司</cp:lastModifiedBy>
  <cp:revision>3</cp:revision>
  <dcterms:created xsi:type="dcterms:W3CDTF">2013-12-23T23:15:00Z</dcterms:created>
  <dcterms:modified xsi:type="dcterms:W3CDTF">2026-08-12T02:21:00Z</dcterms:modified>
  <cp:category/>
</cp:coreProperties>
</file>