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88DD9" w14:textId="77777777" w:rsidR="00C50619" w:rsidRDefault="00DB0C0A">
      <w:pPr>
        <w:spacing w:after="20"/>
        <w:rPr>
          <w:lang w:eastAsia="ja-JP"/>
        </w:rPr>
      </w:pPr>
      <w:r w:rsidRPr="00344D52">
        <w:rPr>
          <w:szCs w:val="24"/>
          <w:lang w:eastAsia="ja-JP"/>
        </w:rPr>
        <w:t>（様式第3号</w:t>
      </w:r>
      <w:r>
        <w:rPr>
          <w:sz w:val="21"/>
          <w:lang w:eastAsia="ja-JP"/>
        </w:rPr>
        <w:t>）</w:t>
      </w:r>
    </w:p>
    <w:p w14:paraId="68769BCA" w14:textId="77777777" w:rsidR="00C50619" w:rsidRDefault="00DB0C0A">
      <w:pPr>
        <w:jc w:val="center"/>
        <w:rPr>
          <w:lang w:eastAsia="ja-JP"/>
        </w:rPr>
      </w:pPr>
      <w:r>
        <w:rPr>
          <w:b/>
          <w:sz w:val="32"/>
          <w:lang w:eastAsia="ja-JP"/>
        </w:rPr>
        <w:t>豊中市スポーツ団体合併・統合支援金</w:t>
      </w:r>
    </w:p>
    <w:p w14:paraId="29438C0C" w14:textId="77777777" w:rsidR="00C50619" w:rsidRDefault="00DB0C0A">
      <w:pPr>
        <w:spacing w:after="20"/>
        <w:jc w:val="center"/>
        <w:rPr>
          <w:b/>
          <w:sz w:val="28"/>
          <w:lang w:eastAsia="ja-JP"/>
        </w:rPr>
      </w:pPr>
      <w:proofErr w:type="spellStart"/>
      <w:r>
        <w:rPr>
          <w:b/>
          <w:sz w:val="32"/>
        </w:rPr>
        <w:t>消費税等仕入税額控除確認書</w:t>
      </w:r>
      <w:proofErr w:type="spellEnd"/>
    </w:p>
    <w:p w14:paraId="76D70CC9" w14:textId="77777777" w:rsidR="00043E4F" w:rsidRDefault="00043E4F">
      <w:pPr>
        <w:spacing w:after="20"/>
        <w:jc w:val="center"/>
        <w:rPr>
          <w:lang w:eastAsia="ja-JP"/>
        </w:rPr>
      </w:pPr>
    </w:p>
    <w:p w14:paraId="1F605EE9" w14:textId="77777777" w:rsidR="00C50619" w:rsidRDefault="00DB0C0A">
      <w:pPr>
        <w:spacing w:after="20"/>
        <w:jc w:val="right"/>
      </w:pPr>
      <w:r>
        <w:t xml:space="preserve">　　　年　　　月　　　日</w:t>
      </w:r>
    </w:p>
    <w:p w14:paraId="4F25CD1C" w14:textId="77777777" w:rsidR="00C50619" w:rsidRDefault="00DB0C0A">
      <w:pPr>
        <w:spacing w:after="20"/>
        <w:rPr>
          <w:lang w:eastAsia="ja-JP"/>
        </w:rPr>
      </w:pPr>
      <w:proofErr w:type="spellStart"/>
      <w:r>
        <w:t>豊中市長</w:t>
      </w:r>
      <w:proofErr w:type="spellEnd"/>
      <w:r>
        <w:t xml:space="preserve">　様</w:t>
      </w:r>
    </w:p>
    <w:p w14:paraId="52419FB0" w14:textId="77777777" w:rsidR="00043E4F" w:rsidRPr="00043E4F" w:rsidRDefault="00043E4F">
      <w:pPr>
        <w:spacing w:after="20"/>
        <w:rPr>
          <w:lang w:eastAsia="ja-JP"/>
        </w:rPr>
      </w:pPr>
    </w:p>
    <w:p w14:paraId="783A9B69" w14:textId="77777777" w:rsidR="00C50619" w:rsidRDefault="00DB0C0A">
      <w:pPr>
        <w:spacing w:after="40"/>
      </w:pPr>
      <w:r>
        <w:rPr>
          <w:b/>
        </w:rPr>
        <w:t xml:space="preserve">1　</w:t>
      </w:r>
      <w:proofErr w:type="spellStart"/>
      <w:r>
        <w:rPr>
          <w:b/>
        </w:rPr>
        <w:t>申込団体</w:t>
      </w:r>
      <w:proofErr w:type="spellEnd"/>
    </w:p>
    <w:tbl>
      <w:tblPr>
        <w:tblStyle w:val="afe"/>
        <w:tblW w:w="0" w:type="auto"/>
        <w:jc w:val="center"/>
        <w:tblLayout w:type="fixed"/>
        <w:tblLook w:val="04A0" w:firstRow="1" w:lastRow="0" w:firstColumn="1" w:lastColumn="0" w:noHBand="0" w:noVBand="1"/>
      </w:tblPr>
      <w:tblGrid>
        <w:gridCol w:w="2268"/>
        <w:gridCol w:w="7597"/>
      </w:tblGrid>
      <w:tr w:rsidR="00C50619" w14:paraId="06D9B93C" w14:textId="77777777" w:rsidTr="00682C4D">
        <w:trPr>
          <w:trHeight w:val="738"/>
          <w:jc w:val="center"/>
        </w:trPr>
        <w:tc>
          <w:tcPr>
            <w:tcW w:w="2268" w:type="dxa"/>
            <w:tcBorders>
              <w:bottom w:val="single" w:sz="4" w:space="0" w:color="auto"/>
            </w:tcBorders>
            <w:tcMar>
              <w:top w:w="35" w:type="dxa"/>
              <w:left w:w="170" w:type="dxa"/>
              <w:bottom w:w="35" w:type="dxa"/>
              <w:right w:w="170" w:type="dxa"/>
            </w:tcMar>
            <w:vAlign w:val="center"/>
          </w:tcPr>
          <w:p w14:paraId="7B690F17" w14:textId="77777777" w:rsidR="00C50619" w:rsidRDefault="00DB0C0A">
            <w:pPr>
              <w:jc w:val="center"/>
            </w:pPr>
            <w:proofErr w:type="spellStart"/>
            <w:r>
              <w:rPr>
                <w:b/>
              </w:rPr>
              <w:t>合併団体名</w:t>
            </w:r>
            <w:proofErr w:type="spellEnd"/>
          </w:p>
        </w:tc>
        <w:tc>
          <w:tcPr>
            <w:tcW w:w="7597" w:type="dxa"/>
            <w:tcMar>
              <w:top w:w="35" w:type="dxa"/>
              <w:left w:w="170" w:type="dxa"/>
              <w:bottom w:w="35" w:type="dxa"/>
              <w:right w:w="170" w:type="dxa"/>
            </w:tcMar>
            <w:vAlign w:val="center"/>
          </w:tcPr>
          <w:p w14:paraId="0874E09E" w14:textId="77777777" w:rsidR="00C50619" w:rsidRDefault="00C50619"/>
        </w:tc>
      </w:tr>
      <w:tr w:rsidR="00BC0027" w14:paraId="33FF0716" w14:textId="77777777" w:rsidTr="00BC0027">
        <w:trPr>
          <w:trHeight w:val="466"/>
          <w:jc w:val="center"/>
        </w:trPr>
        <w:tc>
          <w:tcPr>
            <w:tcW w:w="2268" w:type="dxa"/>
            <w:vMerge w:val="restart"/>
            <w:tcMar>
              <w:top w:w="35" w:type="dxa"/>
              <w:left w:w="170" w:type="dxa"/>
              <w:bottom w:w="35" w:type="dxa"/>
              <w:right w:w="170" w:type="dxa"/>
            </w:tcMar>
            <w:vAlign w:val="center"/>
          </w:tcPr>
          <w:p w14:paraId="1A809F9B" w14:textId="182C335E" w:rsidR="00BC0027" w:rsidRDefault="00BC0027" w:rsidP="00984BF9">
            <w:pPr>
              <w:jc w:val="center"/>
              <w:rPr>
                <w:b/>
              </w:rPr>
            </w:pPr>
            <w:proofErr w:type="spellStart"/>
            <w:r>
              <w:rPr>
                <w:b/>
              </w:rPr>
              <w:t>代表者氏名</w:t>
            </w:r>
            <w:proofErr w:type="spellEnd"/>
          </w:p>
        </w:tc>
        <w:tc>
          <w:tcPr>
            <w:tcW w:w="7597" w:type="dxa"/>
            <w:tcMar>
              <w:top w:w="35" w:type="dxa"/>
              <w:left w:w="170" w:type="dxa"/>
              <w:bottom w:w="35" w:type="dxa"/>
              <w:right w:w="170" w:type="dxa"/>
            </w:tcMar>
            <w:vAlign w:val="center"/>
          </w:tcPr>
          <w:p w14:paraId="5377BF9F" w14:textId="6BB758C3" w:rsidR="00BC0027" w:rsidRPr="00BC0027" w:rsidRDefault="00BC0027">
            <w:pPr>
              <w:spacing w:after="20"/>
              <w:rPr>
                <w:lang w:eastAsia="ja-JP"/>
              </w:rPr>
            </w:pPr>
            <w:proofErr w:type="spellStart"/>
            <w:r>
              <w:rPr>
                <w:sz w:val="21"/>
              </w:rPr>
              <w:t>フリガナ</w:t>
            </w:r>
            <w:proofErr w:type="spellEnd"/>
            <w:r>
              <w:rPr>
                <w:sz w:val="21"/>
              </w:rPr>
              <w:t>：</w:t>
            </w:r>
          </w:p>
        </w:tc>
      </w:tr>
      <w:tr w:rsidR="00BC0027" w14:paraId="3C9F15F0" w14:textId="77777777" w:rsidTr="00682C4D">
        <w:trPr>
          <w:trHeight w:val="900"/>
          <w:jc w:val="center"/>
        </w:trPr>
        <w:tc>
          <w:tcPr>
            <w:tcW w:w="2268" w:type="dxa"/>
            <w:vMerge/>
            <w:tcBorders>
              <w:left w:val="single" w:sz="4" w:space="0" w:color="auto"/>
              <w:bottom w:val="single" w:sz="4" w:space="0" w:color="auto"/>
              <w:right w:val="single" w:sz="4" w:space="0" w:color="auto"/>
            </w:tcBorders>
            <w:tcMar>
              <w:top w:w="35" w:type="dxa"/>
              <w:left w:w="170" w:type="dxa"/>
              <w:bottom w:w="35" w:type="dxa"/>
              <w:right w:w="170" w:type="dxa"/>
            </w:tcMar>
            <w:vAlign w:val="center"/>
          </w:tcPr>
          <w:p w14:paraId="69A3F03C" w14:textId="33211B97" w:rsidR="00BC0027" w:rsidRDefault="00BC0027">
            <w:pPr>
              <w:jc w:val="center"/>
            </w:pPr>
          </w:p>
        </w:tc>
        <w:tc>
          <w:tcPr>
            <w:tcW w:w="7597" w:type="dxa"/>
            <w:tcBorders>
              <w:left w:val="single" w:sz="4" w:space="0" w:color="auto"/>
            </w:tcBorders>
            <w:tcMar>
              <w:top w:w="35" w:type="dxa"/>
              <w:left w:w="170" w:type="dxa"/>
              <w:bottom w:w="35" w:type="dxa"/>
              <w:right w:w="170" w:type="dxa"/>
            </w:tcMar>
            <w:vAlign w:val="center"/>
          </w:tcPr>
          <w:p w14:paraId="3F550B4B" w14:textId="77777777" w:rsidR="00BC0027" w:rsidRDefault="00BC0027">
            <w:pPr>
              <w:rPr>
                <w:lang w:eastAsia="ja-JP"/>
              </w:rPr>
            </w:pPr>
          </w:p>
        </w:tc>
      </w:tr>
      <w:tr w:rsidR="00C50619" w14:paraId="70968211" w14:textId="77777777" w:rsidTr="00682C4D">
        <w:trPr>
          <w:trHeight w:val="1001"/>
          <w:jc w:val="center"/>
        </w:trPr>
        <w:tc>
          <w:tcPr>
            <w:tcW w:w="2268" w:type="dxa"/>
            <w:tcBorders>
              <w:top w:val="single" w:sz="4" w:space="0" w:color="auto"/>
            </w:tcBorders>
            <w:tcMar>
              <w:top w:w="35" w:type="dxa"/>
              <w:left w:w="170" w:type="dxa"/>
              <w:bottom w:w="35" w:type="dxa"/>
              <w:right w:w="170" w:type="dxa"/>
            </w:tcMar>
            <w:vAlign w:val="center"/>
          </w:tcPr>
          <w:p w14:paraId="3E195BEC" w14:textId="77777777" w:rsidR="00C50619" w:rsidRDefault="00DB0C0A">
            <w:pPr>
              <w:jc w:val="center"/>
              <w:rPr>
                <w:lang w:eastAsia="ja-JP"/>
              </w:rPr>
            </w:pPr>
            <w:proofErr w:type="spellStart"/>
            <w:r>
              <w:rPr>
                <w:b/>
              </w:rPr>
              <w:t>住所</w:t>
            </w:r>
            <w:proofErr w:type="spellEnd"/>
          </w:p>
        </w:tc>
        <w:tc>
          <w:tcPr>
            <w:tcW w:w="7597" w:type="dxa"/>
            <w:tcMar>
              <w:top w:w="35" w:type="dxa"/>
              <w:left w:w="170" w:type="dxa"/>
              <w:bottom w:w="35" w:type="dxa"/>
              <w:right w:w="170" w:type="dxa"/>
            </w:tcMar>
            <w:vAlign w:val="center"/>
          </w:tcPr>
          <w:p w14:paraId="6DE84E5D" w14:textId="77777777" w:rsidR="00C50619" w:rsidRDefault="00DB0C0A">
            <w:pPr>
              <w:spacing w:after="20"/>
            </w:pPr>
            <w:r>
              <w:t>〒</w:t>
            </w:r>
          </w:p>
          <w:p w14:paraId="041339A1" w14:textId="77777777" w:rsidR="00EB292B" w:rsidRDefault="00EB292B">
            <w:pPr>
              <w:rPr>
                <w:lang w:eastAsia="ja-JP"/>
              </w:rPr>
            </w:pPr>
          </w:p>
        </w:tc>
      </w:tr>
      <w:tr w:rsidR="00C50619" w14:paraId="6C4CCD82" w14:textId="77777777" w:rsidTr="00344D52">
        <w:trPr>
          <w:trHeight w:val="761"/>
          <w:jc w:val="center"/>
        </w:trPr>
        <w:tc>
          <w:tcPr>
            <w:tcW w:w="2268" w:type="dxa"/>
            <w:tcMar>
              <w:top w:w="35" w:type="dxa"/>
              <w:left w:w="170" w:type="dxa"/>
              <w:bottom w:w="35" w:type="dxa"/>
              <w:right w:w="170" w:type="dxa"/>
            </w:tcMar>
            <w:vAlign w:val="center"/>
          </w:tcPr>
          <w:p w14:paraId="5908C94D" w14:textId="77777777" w:rsidR="00C50619" w:rsidRDefault="00DB0C0A">
            <w:pPr>
              <w:jc w:val="center"/>
            </w:pPr>
            <w:proofErr w:type="spellStart"/>
            <w:r>
              <w:rPr>
                <w:b/>
              </w:rPr>
              <w:t>電話番号</w:t>
            </w:r>
            <w:proofErr w:type="spellEnd"/>
          </w:p>
        </w:tc>
        <w:tc>
          <w:tcPr>
            <w:tcW w:w="7597" w:type="dxa"/>
            <w:tcMar>
              <w:top w:w="35" w:type="dxa"/>
              <w:left w:w="170" w:type="dxa"/>
              <w:bottom w:w="35" w:type="dxa"/>
              <w:right w:w="170" w:type="dxa"/>
            </w:tcMar>
            <w:vAlign w:val="center"/>
          </w:tcPr>
          <w:p w14:paraId="411F6404" w14:textId="77777777" w:rsidR="00C50619" w:rsidRDefault="00C50619"/>
        </w:tc>
      </w:tr>
    </w:tbl>
    <w:p w14:paraId="65BADAB6" w14:textId="77777777" w:rsidR="00043E4F" w:rsidRDefault="00043E4F">
      <w:pPr>
        <w:spacing w:before="40"/>
        <w:rPr>
          <w:b/>
          <w:lang w:eastAsia="ja-JP"/>
        </w:rPr>
      </w:pPr>
    </w:p>
    <w:p w14:paraId="5974EF2F" w14:textId="33127262" w:rsidR="00C50619" w:rsidRDefault="00DB0C0A">
      <w:pPr>
        <w:spacing w:before="40"/>
        <w:rPr>
          <w:lang w:eastAsia="ja-JP"/>
        </w:rPr>
      </w:pPr>
      <w:r>
        <w:rPr>
          <w:b/>
          <w:lang w:eastAsia="ja-JP"/>
        </w:rPr>
        <w:t>2　消費税等仕入税額控除の取扱い</w:t>
      </w:r>
    </w:p>
    <w:p w14:paraId="7608BAC2" w14:textId="77777777" w:rsidR="00C50619" w:rsidRDefault="00DB0C0A">
      <w:pPr>
        <w:spacing w:after="20"/>
        <w:rPr>
          <w:lang w:eastAsia="ja-JP"/>
        </w:rPr>
      </w:pPr>
      <w:r>
        <w:rPr>
          <w:lang w:eastAsia="ja-JP"/>
        </w:rPr>
        <w:t>※（1）又は（2）のいずれか一方にチェックしてください。</w:t>
      </w:r>
    </w:p>
    <w:tbl>
      <w:tblPr>
        <w:tblStyle w:val="afe"/>
        <w:tblW w:w="0" w:type="auto"/>
        <w:jc w:val="center"/>
        <w:tblLayout w:type="fixed"/>
        <w:tblLook w:val="04A0" w:firstRow="1" w:lastRow="0" w:firstColumn="1" w:lastColumn="0" w:noHBand="0" w:noVBand="1"/>
      </w:tblPr>
      <w:tblGrid>
        <w:gridCol w:w="907"/>
        <w:gridCol w:w="8957"/>
      </w:tblGrid>
      <w:tr w:rsidR="00C50619" w14:paraId="7F398ADF" w14:textId="77777777">
        <w:trPr>
          <w:jc w:val="center"/>
        </w:trPr>
        <w:tc>
          <w:tcPr>
            <w:tcW w:w="907" w:type="dxa"/>
            <w:tcMar>
              <w:top w:w="55" w:type="dxa"/>
              <w:left w:w="120" w:type="dxa"/>
              <w:bottom w:w="55" w:type="dxa"/>
              <w:right w:w="120" w:type="dxa"/>
            </w:tcMar>
            <w:vAlign w:val="center"/>
          </w:tcPr>
          <w:p w14:paraId="47F198C4" w14:textId="77777777" w:rsidR="00C50619" w:rsidRDefault="00DB0C0A">
            <w:pPr>
              <w:jc w:val="center"/>
            </w:pPr>
            <w:r>
              <w:rPr>
                <w:sz w:val="32"/>
              </w:rPr>
              <w:t>□</w:t>
            </w:r>
          </w:p>
        </w:tc>
        <w:tc>
          <w:tcPr>
            <w:tcW w:w="8957" w:type="dxa"/>
            <w:tcMar>
              <w:top w:w="55" w:type="dxa"/>
              <w:left w:w="120" w:type="dxa"/>
              <w:bottom w:w="55" w:type="dxa"/>
              <w:right w:w="120" w:type="dxa"/>
            </w:tcMar>
            <w:vAlign w:val="center"/>
          </w:tcPr>
          <w:p w14:paraId="1A7E6D73" w14:textId="77777777" w:rsidR="00C50619" w:rsidRDefault="00DB0C0A">
            <w:pPr>
              <w:rPr>
                <w:lang w:eastAsia="ja-JP"/>
              </w:rPr>
            </w:pPr>
            <w:r>
              <w:rPr>
                <w:sz w:val="23"/>
                <w:lang w:eastAsia="ja-JP"/>
              </w:rPr>
              <w:t>（1） 以下の理由により、仕入税額控除を行わないため、消費税額及び地方消費税額を補助対象経費に含めて申し込みます。</w:t>
            </w:r>
          </w:p>
        </w:tc>
      </w:tr>
      <w:tr w:rsidR="00C50619" w14:paraId="11C483D7" w14:textId="77777777">
        <w:trPr>
          <w:jc w:val="center"/>
        </w:trPr>
        <w:tc>
          <w:tcPr>
            <w:tcW w:w="907" w:type="dxa"/>
            <w:tcMar>
              <w:top w:w="55" w:type="dxa"/>
              <w:left w:w="120" w:type="dxa"/>
              <w:bottom w:w="55" w:type="dxa"/>
              <w:right w:w="120" w:type="dxa"/>
            </w:tcMar>
            <w:vAlign w:val="center"/>
          </w:tcPr>
          <w:p w14:paraId="5D9192C2" w14:textId="77777777" w:rsidR="00C50619" w:rsidRDefault="00DB0C0A">
            <w:pPr>
              <w:jc w:val="center"/>
            </w:pPr>
            <w:r>
              <w:rPr>
                <w:sz w:val="32"/>
              </w:rPr>
              <w:t>□</w:t>
            </w:r>
          </w:p>
        </w:tc>
        <w:tc>
          <w:tcPr>
            <w:tcW w:w="8957" w:type="dxa"/>
            <w:tcMar>
              <w:top w:w="55" w:type="dxa"/>
              <w:left w:w="120" w:type="dxa"/>
              <w:bottom w:w="55" w:type="dxa"/>
              <w:right w:w="120" w:type="dxa"/>
            </w:tcMar>
            <w:vAlign w:val="center"/>
          </w:tcPr>
          <w:p w14:paraId="34B7FF28" w14:textId="77777777" w:rsidR="00C50619" w:rsidRDefault="00DB0C0A">
            <w:pPr>
              <w:rPr>
                <w:lang w:eastAsia="ja-JP"/>
              </w:rPr>
            </w:pPr>
            <w:r>
              <w:rPr>
                <w:sz w:val="23"/>
                <w:lang w:eastAsia="ja-JP"/>
              </w:rPr>
              <w:t>（2） 消費税額及び地方消費税額を補助対象経費に含めずに申し込みます。</w:t>
            </w:r>
          </w:p>
        </w:tc>
      </w:tr>
    </w:tbl>
    <w:p w14:paraId="6AE29DAD" w14:textId="77777777" w:rsidR="00043E4F" w:rsidRDefault="00043E4F">
      <w:pPr>
        <w:spacing w:before="40"/>
        <w:rPr>
          <w:sz w:val="22"/>
          <w:lang w:eastAsia="ja-JP"/>
        </w:rPr>
      </w:pPr>
    </w:p>
    <w:p w14:paraId="3B028E92" w14:textId="4C657266" w:rsidR="00C50619" w:rsidRDefault="00DB0C0A">
      <w:pPr>
        <w:spacing w:before="40"/>
        <w:rPr>
          <w:lang w:eastAsia="ja-JP"/>
        </w:rPr>
      </w:pPr>
      <w:r>
        <w:rPr>
          <w:sz w:val="22"/>
          <w:lang w:eastAsia="ja-JP"/>
        </w:rPr>
        <w:t>※（1）を選択した場合は、該当する理由一つにチェックしてください。</w:t>
      </w:r>
    </w:p>
    <w:tbl>
      <w:tblPr>
        <w:tblStyle w:val="afe"/>
        <w:tblW w:w="0" w:type="auto"/>
        <w:jc w:val="center"/>
        <w:tblLayout w:type="fixed"/>
        <w:tblLook w:val="04A0" w:firstRow="1" w:lastRow="0" w:firstColumn="1" w:lastColumn="0" w:noHBand="0" w:noVBand="1"/>
      </w:tblPr>
      <w:tblGrid>
        <w:gridCol w:w="737"/>
        <w:gridCol w:w="1134"/>
        <w:gridCol w:w="7994"/>
      </w:tblGrid>
      <w:tr w:rsidR="00C50619" w14:paraId="09945842" w14:textId="77777777">
        <w:trPr>
          <w:jc w:val="center"/>
        </w:trPr>
        <w:tc>
          <w:tcPr>
            <w:tcW w:w="737" w:type="dxa"/>
            <w:tcMar>
              <w:top w:w="45" w:type="dxa"/>
              <w:left w:w="120" w:type="dxa"/>
              <w:bottom w:w="45" w:type="dxa"/>
              <w:right w:w="120" w:type="dxa"/>
            </w:tcMar>
            <w:vAlign w:val="center"/>
          </w:tcPr>
          <w:p w14:paraId="6C244B1B" w14:textId="77777777" w:rsidR="00C50619" w:rsidRDefault="00DB0C0A">
            <w:pPr>
              <w:jc w:val="center"/>
            </w:pPr>
            <w:r>
              <w:rPr>
                <w:sz w:val="30"/>
              </w:rPr>
              <w:t>□</w:t>
            </w:r>
          </w:p>
        </w:tc>
        <w:tc>
          <w:tcPr>
            <w:tcW w:w="1134" w:type="dxa"/>
            <w:tcMar>
              <w:top w:w="45" w:type="dxa"/>
              <w:left w:w="120" w:type="dxa"/>
              <w:bottom w:w="45" w:type="dxa"/>
              <w:right w:w="120" w:type="dxa"/>
            </w:tcMar>
            <w:vAlign w:val="center"/>
          </w:tcPr>
          <w:p w14:paraId="4762435E" w14:textId="77777777" w:rsidR="00C50619" w:rsidRPr="00BA5502" w:rsidRDefault="00DB0C0A">
            <w:pPr>
              <w:jc w:val="center"/>
              <w:rPr>
                <w:bCs/>
              </w:rPr>
            </w:pPr>
            <w:r w:rsidRPr="00BA5502">
              <w:rPr>
                <w:bCs/>
                <w:sz w:val="22"/>
              </w:rPr>
              <w:t>（i）</w:t>
            </w:r>
          </w:p>
        </w:tc>
        <w:tc>
          <w:tcPr>
            <w:tcW w:w="7994" w:type="dxa"/>
            <w:tcMar>
              <w:top w:w="45" w:type="dxa"/>
              <w:left w:w="120" w:type="dxa"/>
              <w:bottom w:w="45" w:type="dxa"/>
              <w:right w:w="120" w:type="dxa"/>
            </w:tcMar>
            <w:vAlign w:val="center"/>
          </w:tcPr>
          <w:p w14:paraId="1FBF5108" w14:textId="77777777" w:rsidR="00C50619" w:rsidRDefault="00DB0C0A">
            <w:pPr>
              <w:rPr>
                <w:lang w:eastAsia="ja-JP"/>
              </w:rPr>
            </w:pPr>
            <w:r>
              <w:rPr>
                <w:sz w:val="22"/>
                <w:lang w:eastAsia="ja-JP"/>
              </w:rPr>
              <w:t>消費税法における納税義務者でない。</w:t>
            </w:r>
          </w:p>
        </w:tc>
      </w:tr>
      <w:tr w:rsidR="00C50619" w14:paraId="1C0F7EC5" w14:textId="77777777">
        <w:trPr>
          <w:jc w:val="center"/>
        </w:trPr>
        <w:tc>
          <w:tcPr>
            <w:tcW w:w="737" w:type="dxa"/>
            <w:tcMar>
              <w:top w:w="45" w:type="dxa"/>
              <w:left w:w="120" w:type="dxa"/>
              <w:bottom w:w="45" w:type="dxa"/>
              <w:right w:w="120" w:type="dxa"/>
            </w:tcMar>
            <w:vAlign w:val="center"/>
          </w:tcPr>
          <w:p w14:paraId="1B0A7FDF" w14:textId="77777777" w:rsidR="00C50619" w:rsidRDefault="00DB0C0A">
            <w:pPr>
              <w:jc w:val="center"/>
            </w:pPr>
            <w:r>
              <w:rPr>
                <w:sz w:val="30"/>
              </w:rPr>
              <w:t>□</w:t>
            </w:r>
          </w:p>
        </w:tc>
        <w:tc>
          <w:tcPr>
            <w:tcW w:w="1134" w:type="dxa"/>
            <w:tcMar>
              <w:top w:w="45" w:type="dxa"/>
              <w:left w:w="120" w:type="dxa"/>
              <w:bottom w:w="45" w:type="dxa"/>
              <w:right w:w="120" w:type="dxa"/>
            </w:tcMar>
            <w:vAlign w:val="center"/>
          </w:tcPr>
          <w:p w14:paraId="7CD841B5" w14:textId="77777777" w:rsidR="00C50619" w:rsidRPr="00BA5502" w:rsidRDefault="00DB0C0A">
            <w:pPr>
              <w:jc w:val="center"/>
              <w:rPr>
                <w:bCs/>
              </w:rPr>
            </w:pPr>
            <w:r w:rsidRPr="00BA5502">
              <w:rPr>
                <w:bCs/>
                <w:sz w:val="22"/>
              </w:rPr>
              <w:t>（ii）</w:t>
            </w:r>
          </w:p>
        </w:tc>
        <w:tc>
          <w:tcPr>
            <w:tcW w:w="7994" w:type="dxa"/>
            <w:tcMar>
              <w:top w:w="45" w:type="dxa"/>
              <w:left w:w="120" w:type="dxa"/>
              <w:bottom w:w="45" w:type="dxa"/>
              <w:right w:w="120" w:type="dxa"/>
            </w:tcMar>
            <w:vAlign w:val="center"/>
          </w:tcPr>
          <w:p w14:paraId="0F5DC9B3" w14:textId="77777777" w:rsidR="00C50619" w:rsidRDefault="00DB0C0A">
            <w:pPr>
              <w:rPr>
                <w:lang w:eastAsia="ja-JP"/>
              </w:rPr>
            </w:pPr>
            <w:r>
              <w:rPr>
                <w:sz w:val="22"/>
                <w:lang w:eastAsia="ja-JP"/>
              </w:rPr>
              <w:t>消費税の免税事業者であり、かつ課税事業者を選択していない。</w:t>
            </w:r>
          </w:p>
        </w:tc>
      </w:tr>
      <w:tr w:rsidR="00C50619" w14:paraId="2BF71549" w14:textId="77777777">
        <w:trPr>
          <w:jc w:val="center"/>
        </w:trPr>
        <w:tc>
          <w:tcPr>
            <w:tcW w:w="737" w:type="dxa"/>
            <w:tcMar>
              <w:top w:w="45" w:type="dxa"/>
              <w:left w:w="120" w:type="dxa"/>
              <w:bottom w:w="45" w:type="dxa"/>
              <w:right w:w="120" w:type="dxa"/>
            </w:tcMar>
            <w:vAlign w:val="center"/>
          </w:tcPr>
          <w:p w14:paraId="197EFB86" w14:textId="77777777" w:rsidR="00C50619" w:rsidRDefault="00DB0C0A">
            <w:pPr>
              <w:jc w:val="center"/>
            </w:pPr>
            <w:r>
              <w:rPr>
                <w:sz w:val="30"/>
              </w:rPr>
              <w:t>□</w:t>
            </w:r>
          </w:p>
        </w:tc>
        <w:tc>
          <w:tcPr>
            <w:tcW w:w="1134" w:type="dxa"/>
            <w:tcMar>
              <w:top w:w="45" w:type="dxa"/>
              <w:left w:w="120" w:type="dxa"/>
              <w:bottom w:w="45" w:type="dxa"/>
              <w:right w:w="120" w:type="dxa"/>
            </w:tcMar>
            <w:vAlign w:val="center"/>
          </w:tcPr>
          <w:p w14:paraId="378400BF" w14:textId="77777777" w:rsidR="00C50619" w:rsidRPr="00BA5502" w:rsidRDefault="00DB0C0A">
            <w:pPr>
              <w:jc w:val="center"/>
              <w:rPr>
                <w:bCs/>
              </w:rPr>
            </w:pPr>
            <w:r w:rsidRPr="00BA5502">
              <w:rPr>
                <w:bCs/>
                <w:sz w:val="22"/>
              </w:rPr>
              <w:t>（iii）</w:t>
            </w:r>
          </w:p>
        </w:tc>
        <w:tc>
          <w:tcPr>
            <w:tcW w:w="7994" w:type="dxa"/>
            <w:tcMar>
              <w:top w:w="45" w:type="dxa"/>
              <w:left w:w="120" w:type="dxa"/>
              <w:bottom w:w="45" w:type="dxa"/>
              <w:right w:w="120" w:type="dxa"/>
            </w:tcMar>
            <w:vAlign w:val="center"/>
          </w:tcPr>
          <w:p w14:paraId="5E1D7AA6" w14:textId="77777777" w:rsidR="00C50619" w:rsidRDefault="00DB0C0A">
            <w:pPr>
              <w:rPr>
                <w:lang w:eastAsia="ja-JP"/>
              </w:rPr>
            </w:pPr>
            <w:r>
              <w:rPr>
                <w:sz w:val="22"/>
                <w:lang w:eastAsia="ja-JP"/>
              </w:rPr>
              <w:t>簡易課税事業者である。</w:t>
            </w:r>
          </w:p>
        </w:tc>
      </w:tr>
      <w:tr w:rsidR="00C50619" w14:paraId="22AEBEED" w14:textId="77777777">
        <w:trPr>
          <w:jc w:val="center"/>
        </w:trPr>
        <w:tc>
          <w:tcPr>
            <w:tcW w:w="737" w:type="dxa"/>
            <w:tcMar>
              <w:top w:w="45" w:type="dxa"/>
              <w:left w:w="120" w:type="dxa"/>
              <w:bottom w:w="45" w:type="dxa"/>
              <w:right w:w="120" w:type="dxa"/>
            </w:tcMar>
            <w:vAlign w:val="center"/>
          </w:tcPr>
          <w:p w14:paraId="40F86956" w14:textId="77777777" w:rsidR="00C50619" w:rsidRDefault="00DB0C0A">
            <w:pPr>
              <w:jc w:val="center"/>
            </w:pPr>
            <w:r>
              <w:rPr>
                <w:sz w:val="30"/>
              </w:rPr>
              <w:t>□</w:t>
            </w:r>
          </w:p>
        </w:tc>
        <w:tc>
          <w:tcPr>
            <w:tcW w:w="1134" w:type="dxa"/>
            <w:tcMar>
              <w:top w:w="45" w:type="dxa"/>
              <w:left w:w="120" w:type="dxa"/>
              <w:bottom w:w="45" w:type="dxa"/>
              <w:right w:w="120" w:type="dxa"/>
            </w:tcMar>
            <w:vAlign w:val="center"/>
          </w:tcPr>
          <w:p w14:paraId="14EDDD97" w14:textId="77777777" w:rsidR="00C50619" w:rsidRPr="00BA5502" w:rsidRDefault="00DB0C0A">
            <w:pPr>
              <w:jc w:val="center"/>
              <w:rPr>
                <w:bCs/>
              </w:rPr>
            </w:pPr>
            <w:r w:rsidRPr="00BA5502">
              <w:rPr>
                <w:bCs/>
                <w:sz w:val="22"/>
              </w:rPr>
              <w:t>（iv）</w:t>
            </w:r>
          </w:p>
        </w:tc>
        <w:tc>
          <w:tcPr>
            <w:tcW w:w="7994" w:type="dxa"/>
            <w:tcMar>
              <w:top w:w="45" w:type="dxa"/>
              <w:left w:w="120" w:type="dxa"/>
              <w:bottom w:w="45" w:type="dxa"/>
              <w:right w:w="120" w:type="dxa"/>
            </w:tcMar>
            <w:vAlign w:val="center"/>
          </w:tcPr>
          <w:p w14:paraId="045A9910" w14:textId="5867B589" w:rsidR="00C50619" w:rsidRPr="007B326B" w:rsidRDefault="00DB0C0A">
            <w:pPr>
              <w:rPr>
                <w:sz w:val="22"/>
                <w:lang w:eastAsia="ja-JP"/>
              </w:rPr>
            </w:pPr>
            <w:r>
              <w:rPr>
                <w:sz w:val="22"/>
                <w:lang w:eastAsia="ja-JP"/>
              </w:rPr>
              <w:t>（</w:t>
            </w:r>
            <w:proofErr w:type="spellStart"/>
            <w:r>
              <w:rPr>
                <w:sz w:val="22"/>
                <w:lang w:eastAsia="ja-JP"/>
              </w:rPr>
              <w:t>i</w:t>
            </w:r>
            <w:proofErr w:type="spellEnd"/>
            <w:r>
              <w:rPr>
                <w:sz w:val="22"/>
                <w:lang w:eastAsia="ja-JP"/>
              </w:rPr>
              <w:t>）～（iii）に該当しないが、補助対象経費に係る消費税については、控除対象仕入税額に算入しない。</w:t>
            </w:r>
          </w:p>
        </w:tc>
      </w:tr>
    </w:tbl>
    <w:p w14:paraId="1931E556" w14:textId="77777777" w:rsidR="00043E4F" w:rsidRDefault="00043E4F">
      <w:pPr>
        <w:spacing w:before="60" w:after="40"/>
        <w:rPr>
          <w:b/>
          <w:lang w:eastAsia="ja-JP"/>
        </w:rPr>
      </w:pPr>
    </w:p>
    <w:p w14:paraId="24DF41D9" w14:textId="12C7E1E6" w:rsidR="00C50619" w:rsidRDefault="00DB0C0A">
      <w:pPr>
        <w:spacing w:before="60" w:after="40"/>
        <w:rPr>
          <w:lang w:eastAsia="ja-JP"/>
        </w:rPr>
      </w:pPr>
      <w:r>
        <w:rPr>
          <w:b/>
          <w:lang w:eastAsia="ja-JP"/>
        </w:rPr>
        <w:t>3　確認事項</w:t>
      </w:r>
    </w:p>
    <w:p w14:paraId="23EDDAB4" w14:textId="77777777" w:rsidR="00C50619" w:rsidRDefault="00DB0C0A">
      <w:pPr>
        <w:spacing w:after="120" w:line="259" w:lineRule="auto"/>
        <w:ind w:left="113" w:right="113"/>
        <w:rPr>
          <w:lang w:eastAsia="ja-JP"/>
        </w:rPr>
      </w:pPr>
      <w:r>
        <w:rPr>
          <w:sz w:val="22"/>
          <w:lang w:eastAsia="ja-JP"/>
        </w:rPr>
        <w:t>本支援金に係る消費税額及び地方消費税額の一部又は全部について仕入税額控除を受けることが判明した場合は、速やかに市へ報告し、市が指定する額を返還します。また、市長から消費税等に関する報告を求められた場合は、速やかに報告します。</w:t>
      </w:r>
    </w:p>
    <w:sectPr w:rsidR="00C50619" w:rsidSect="00034616">
      <w:pgSz w:w="11906" w:h="16838"/>
      <w:pgMar w:top="454" w:right="1020" w:bottom="397"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5C2DD" w14:textId="77777777" w:rsidR="006E5559" w:rsidRDefault="006E5559" w:rsidP="00043E4F">
      <w:r>
        <w:separator/>
      </w:r>
    </w:p>
  </w:endnote>
  <w:endnote w:type="continuationSeparator" w:id="0">
    <w:p w14:paraId="50B9F28C" w14:textId="77777777" w:rsidR="006E5559" w:rsidRDefault="006E5559" w:rsidP="00043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446B5" w14:textId="77777777" w:rsidR="006E5559" w:rsidRDefault="006E5559" w:rsidP="00043E4F">
      <w:r>
        <w:separator/>
      </w:r>
    </w:p>
  </w:footnote>
  <w:footnote w:type="continuationSeparator" w:id="0">
    <w:p w14:paraId="138B53FE" w14:textId="77777777" w:rsidR="006E5559" w:rsidRDefault="006E5559" w:rsidP="00043E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26094405">
    <w:abstractNumId w:val="8"/>
  </w:num>
  <w:num w:numId="2" w16cid:durableId="1721635211">
    <w:abstractNumId w:val="6"/>
  </w:num>
  <w:num w:numId="3" w16cid:durableId="420874385">
    <w:abstractNumId w:val="5"/>
  </w:num>
  <w:num w:numId="4" w16cid:durableId="2083523296">
    <w:abstractNumId w:val="4"/>
  </w:num>
  <w:num w:numId="5" w16cid:durableId="1586763016">
    <w:abstractNumId w:val="7"/>
  </w:num>
  <w:num w:numId="6" w16cid:durableId="720514900">
    <w:abstractNumId w:val="3"/>
  </w:num>
  <w:num w:numId="7" w16cid:durableId="219944143">
    <w:abstractNumId w:val="2"/>
  </w:num>
  <w:num w:numId="8" w16cid:durableId="1121143865">
    <w:abstractNumId w:val="1"/>
  </w:num>
  <w:num w:numId="9" w16cid:durableId="1506246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E4F"/>
    <w:rsid w:val="0006063C"/>
    <w:rsid w:val="000D0F1C"/>
    <w:rsid w:val="000E198D"/>
    <w:rsid w:val="0015074B"/>
    <w:rsid w:val="0019601D"/>
    <w:rsid w:val="00235695"/>
    <w:rsid w:val="0029639D"/>
    <w:rsid w:val="00326F90"/>
    <w:rsid w:val="00344D52"/>
    <w:rsid w:val="004C4A95"/>
    <w:rsid w:val="0059396B"/>
    <w:rsid w:val="00682C4D"/>
    <w:rsid w:val="006E5559"/>
    <w:rsid w:val="006E605B"/>
    <w:rsid w:val="007B326B"/>
    <w:rsid w:val="008357CE"/>
    <w:rsid w:val="00A00CAD"/>
    <w:rsid w:val="00AA1D8D"/>
    <w:rsid w:val="00B47730"/>
    <w:rsid w:val="00BA5502"/>
    <w:rsid w:val="00BC0027"/>
    <w:rsid w:val="00C50619"/>
    <w:rsid w:val="00CB0664"/>
    <w:rsid w:val="00DB0C0A"/>
    <w:rsid w:val="00E9240D"/>
    <w:rsid w:val="00EB29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4D0E777"/>
  <w14:defaultImageDpi w14:val="300"/>
  <w15:docId w15:val="{E27F8989-BACB-45EE-84F8-234C53EE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ＭＳ 明朝" w:eastAsia="ＭＳ 明朝" w:hAnsi="ＭＳ 明朝" w:cs="ＭＳ 明朝"/>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ヘッダー (文字)"/>
    <w:basedOn w:val="a2"/>
    <w:link w:val="a5"/>
    <w:uiPriority w:val="99"/>
    <w:rsid w:val="00E618BF"/>
    <w:rPr>
      <w:rFonts w:ascii="ＭＳ 明朝" w:eastAsia="ＭＳ 明朝" w:hAnsi="ＭＳ 明朝" w:cs="ＭＳ 明朝"/>
    </w:rPr>
  </w:style>
  <w:style w:type="paragraph" w:styleId="a7">
    <w:name w:val="footer"/>
    <w:basedOn w:val="a1"/>
    <w:link w:val="a8"/>
    <w:uiPriority w:val="99"/>
    <w:unhideWhenUsed/>
    <w:rsid w:val="00E618BF"/>
    <w:pPr>
      <w:tabs>
        <w:tab w:val="center" w:pos="4680"/>
        <w:tab w:val="right" w:pos="9360"/>
      </w:tabs>
    </w:pPr>
  </w:style>
  <w:style w:type="character" w:customStyle="1" w:styleId="a8">
    <w:name w:val="フッター (文字)"/>
    <w:basedOn w:val="a2"/>
    <w:link w:val="a7"/>
    <w:uiPriority w:val="99"/>
    <w:rsid w:val="00E618BF"/>
    <w:rPr>
      <w:rFonts w:ascii="ＭＳ 明朝" w:eastAsia="ＭＳ 明朝" w:hAnsi="ＭＳ 明朝" w:cs="ＭＳ 明朝"/>
    </w:rPr>
  </w:style>
  <w:style w:type="paragraph" w:styleId="a9">
    <w:name w:val="No Spacing"/>
    <w:uiPriority w:val="1"/>
    <w:qFormat/>
    <w:rsid w:val="00FC693F"/>
    <w:pPr>
      <w:spacing w:after="0" w:line="240" w:lineRule="auto"/>
    </w:pPr>
    <w:rPr>
      <w:rFonts w:ascii="ＭＳ 明朝" w:eastAsia="ＭＳ 明朝" w:hAnsi="ＭＳ 明朝" w:cs="ＭＳ 明朝"/>
    </w:r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rPr>
      <w:rFonts w:ascii="ＭＳ 明朝" w:eastAsia="ＭＳ 明朝" w:hAnsi="ＭＳ 明朝" w:cs="ＭＳ 明朝"/>
    </w:rPr>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rPr>
      <w:rFonts w:ascii="ＭＳ 明朝" w:eastAsia="ＭＳ 明朝" w:hAnsi="ＭＳ 明朝" w:cs="ＭＳ 明朝"/>
    </w:rPr>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rFonts w:ascii="ＭＳ 明朝" w:eastAsia="ＭＳ 明朝" w:hAnsi="ＭＳ 明朝" w:cs="ＭＳ 明朝"/>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ＭＳ 明朝" w:eastAsia="ＭＳ 明朝" w:hAnsi="ＭＳ 明朝" w:cs="ＭＳ 明朝"/>
      <w:sz w:val="20"/>
      <w:szCs w:val="20"/>
    </w:rPr>
  </w:style>
  <w:style w:type="character" w:customStyle="1" w:styleId="af4">
    <w:name w:val="マクロ文字列 (文字)"/>
    <w:basedOn w:val="a2"/>
    <w:link w:val="af3"/>
    <w:uiPriority w:val="99"/>
    <w:rsid w:val="0029639D"/>
    <w:rPr>
      <w:rFonts w:ascii="ＭＳ 明朝" w:eastAsia="ＭＳ 明朝" w:hAnsi="ＭＳ 明朝" w:cs="ＭＳ 明朝"/>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rFonts w:ascii="ＭＳ 明朝" w:eastAsia="ＭＳ 明朝" w:hAnsi="ＭＳ 明朝" w:cs="ＭＳ 明朝"/>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rFonts w:ascii="ＭＳ 明朝" w:eastAsia="ＭＳ 明朝" w:hAnsi="ＭＳ 明朝" w:cs="ＭＳ 明朝"/>
      <w:b/>
      <w:bCs/>
    </w:rPr>
  </w:style>
  <w:style w:type="character" w:styleId="af9">
    <w:name w:val="Emphasis"/>
    <w:basedOn w:val="a2"/>
    <w:uiPriority w:val="20"/>
    <w:qFormat/>
    <w:rsid w:val="00FC693F"/>
    <w:rPr>
      <w:rFonts w:ascii="ＭＳ 明朝" w:eastAsia="ＭＳ 明朝" w:hAnsi="ＭＳ 明朝" w:cs="ＭＳ 明朝"/>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rFonts w:ascii="ＭＳ 明朝" w:eastAsia="ＭＳ 明朝" w:hAnsi="ＭＳ 明朝" w:cs="ＭＳ 明朝"/>
      <w:b/>
      <w:bCs/>
      <w:i/>
      <w:iCs/>
      <w:color w:val="4F81BD" w:themeColor="accent1"/>
    </w:rPr>
  </w:style>
  <w:style w:type="character" w:styleId="afa">
    <w:name w:val="Subtle Emphasis"/>
    <w:basedOn w:val="a2"/>
    <w:uiPriority w:val="19"/>
    <w:qFormat/>
    <w:rsid w:val="00FC693F"/>
    <w:rPr>
      <w:rFonts w:ascii="ＭＳ 明朝" w:eastAsia="ＭＳ 明朝" w:hAnsi="ＭＳ 明朝" w:cs="ＭＳ 明朝"/>
      <w:i/>
      <w:iCs/>
      <w:color w:val="808080" w:themeColor="text1" w:themeTint="7F"/>
    </w:rPr>
  </w:style>
  <w:style w:type="character" w:styleId="29">
    <w:name w:val="Intense Emphasis"/>
    <w:basedOn w:val="a2"/>
    <w:uiPriority w:val="21"/>
    <w:qFormat/>
    <w:rsid w:val="00FC693F"/>
    <w:rPr>
      <w:rFonts w:ascii="ＭＳ 明朝" w:eastAsia="ＭＳ 明朝" w:hAnsi="ＭＳ 明朝" w:cs="ＭＳ 明朝"/>
      <w:b/>
      <w:bCs/>
      <w:i/>
      <w:iCs/>
      <w:color w:val="4F81BD" w:themeColor="accent1"/>
    </w:rPr>
  </w:style>
  <w:style w:type="character" w:styleId="afb">
    <w:name w:val="Subtle Reference"/>
    <w:basedOn w:val="a2"/>
    <w:uiPriority w:val="31"/>
    <w:qFormat/>
    <w:rsid w:val="00FC693F"/>
    <w:rPr>
      <w:rFonts w:ascii="ＭＳ 明朝" w:eastAsia="ＭＳ 明朝" w:hAnsi="ＭＳ 明朝" w:cs="ＭＳ 明朝"/>
      <w:smallCaps/>
      <w:color w:val="C0504D" w:themeColor="accent2"/>
      <w:u w:val="single"/>
    </w:rPr>
  </w:style>
  <w:style w:type="character" w:styleId="2a">
    <w:name w:val="Intense Reference"/>
    <w:basedOn w:val="a2"/>
    <w:uiPriority w:val="32"/>
    <w:qFormat/>
    <w:rsid w:val="00FC693F"/>
    <w:rPr>
      <w:rFonts w:ascii="ＭＳ 明朝" w:eastAsia="ＭＳ 明朝" w:hAnsi="ＭＳ 明朝" w:cs="ＭＳ 明朝"/>
      <w:b/>
      <w:bCs/>
      <w:smallCaps/>
      <w:color w:val="C0504D" w:themeColor="accent2"/>
      <w:spacing w:val="5"/>
      <w:u w:val="single"/>
    </w:rPr>
  </w:style>
  <w:style w:type="character" w:styleId="afc">
    <w:name w:val="Book Title"/>
    <w:basedOn w:val="a2"/>
    <w:uiPriority w:val="33"/>
    <w:qFormat/>
    <w:rsid w:val="00FC693F"/>
    <w:rPr>
      <w:rFonts w:ascii="ＭＳ 明朝" w:eastAsia="ＭＳ 明朝" w:hAnsi="ＭＳ 明朝" w:cs="ＭＳ 明朝"/>
      <w:b/>
      <w:bCs/>
      <w:smallCaps/>
      <w:spacing w:val="5"/>
    </w:rPr>
  </w:style>
  <w:style w:type="paragraph" w:styleId="afd">
    <w:name w:val="TOC Heading"/>
    <w:basedOn w:val="1"/>
    <w:next w:val="a1"/>
    <w:uiPriority w:val="39"/>
    <w:semiHidden/>
    <w:unhideWhenUsed/>
    <w:qFormat/>
    <w:rsid w:val="00FC693F"/>
    <w:pPr>
      <w:outlineLvl w:val="9"/>
    </w:pPr>
    <w:rPr>
      <w:rFonts w:ascii="ＭＳ 明朝" w:eastAsia="ＭＳ 明朝" w:hAnsi="ＭＳ 明朝" w:cs="ＭＳ 明朝"/>
    </w:rPr>
  </w:style>
  <w:style w:type="table" w:styleId="afe">
    <w:name w:val="Table Grid"/>
    <w:basedOn w:val="a3"/>
    <w:uiPriority w:val="59"/>
    <w:rsid w:val="00FC693F"/>
    <w:pPr>
      <w:spacing w:after="0" w:line="240" w:lineRule="auto"/>
    </w:pPr>
    <w:rPr>
      <w:rFonts w:ascii="ＭＳ 明朝" w:eastAsia="ＭＳ 明朝" w:hAnsi="ＭＳ 明朝" w:cs="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rFonts w:ascii="ＭＳ 明朝" w:eastAsia="ＭＳ 明朝" w:hAnsi="ＭＳ 明朝" w:cs="ＭＳ 明朝"/>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rFonts w:ascii="ＭＳ 明朝" w:eastAsia="ＭＳ 明朝" w:hAnsi="ＭＳ 明朝" w:cs="ＭＳ 明朝"/>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rFonts w:ascii="ＭＳ 明朝" w:eastAsia="ＭＳ 明朝" w:hAnsi="ＭＳ 明朝" w:cs="ＭＳ 明朝"/>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rFonts w:ascii="ＭＳ 明朝" w:eastAsia="ＭＳ 明朝" w:hAnsi="ＭＳ 明朝" w:cs="ＭＳ 明朝"/>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rFonts w:ascii="ＭＳ 明朝" w:eastAsia="ＭＳ 明朝" w:hAnsi="ＭＳ 明朝" w:cs="ＭＳ 明朝"/>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rFonts w:ascii="ＭＳ 明朝" w:eastAsia="ＭＳ 明朝" w:hAnsi="ＭＳ 明朝" w:cs="ＭＳ 明朝"/>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rFonts w:ascii="ＭＳ 明朝" w:eastAsia="ＭＳ 明朝" w:hAnsi="ＭＳ 明朝" w:cs="ＭＳ 明朝"/>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rPr>
      <w:rFonts w:ascii="ＭＳ 明朝" w:eastAsia="ＭＳ 明朝" w:hAnsi="ＭＳ 明朝" w:cs="ＭＳ 明朝"/>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rPr>
      <w:rFonts w:ascii="ＭＳ 明朝" w:eastAsia="ＭＳ 明朝" w:hAnsi="ＭＳ 明朝" w:cs="ＭＳ 明朝"/>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rPr>
      <w:rFonts w:ascii="ＭＳ 明朝" w:eastAsia="ＭＳ 明朝" w:hAnsi="ＭＳ 明朝" w:cs="ＭＳ 明朝"/>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rPr>
      <w:rFonts w:ascii="ＭＳ 明朝" w:eastAsia="ＭＳ 明朝" w:hAnsi="ＭＳ 明朝" w:cs="ＭＳ 明朝"/>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rPr>
      <w:rFonts w:ascii="ＭＳ 明朝" w:eastAsia="ＭＳ 明朝" w:hAnsi="ＭＳ 明朝" w:cs="ＭＳ 明朝"/>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rPr>
      <w:rFonts w:ascii="ＭＳ 明朝" w:eastAsia="ＭＳ 明朝" w:hAnsi="ＭＳ 明朝" w:cs="ＭＳ 明朝"/>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rPr>
      <w:rFonts w:ascii="ＭＳ 明朝" w:eastAsia="ＭＳ 明朝" w:hAnsi="ＭＳ 明朝" w:cs="ＭＳ 明朝"/>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rPr>
      <w:rFonts w:ascii="ＭＳ 明朝" w:eastAsia="ＭＳ 明朝" w:hAnsi="ＭＳ 明朝" w:cs="ＭＳ 明朝"/>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rPr>
      <w:rFonts w:ascii="ＭＳ 明朝" w:eastAsia="ＭＳ 明朝" w:hAnsi="ＭＳ 明朝" w:cs="ＭＳ 明朝"/>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rPr>
      <w:rFonts w:ascii="ＭＳ 明朝" w:eastAsia="ＭＳ 明朝" w:hAnsi="ＭＳ 明朝" w:cs="ＭＳ 明朝"/>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rPr>
      <w:rFonts w:ascii="ＭＳ 明朝" w:eastAsia="ＭＳ 明朝" w:hAnsi="ＭＳ 明朝" w:cs="ＭＳ 明朝"/>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rPr>
      <w:rFonts w:ascii="ＭＳ 明朝" w:eastAsia="ＭＳ 明朝" w:hAnsi="ＭＳ 明朝" w:cs="ＭＳ 明朝"/>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rPr>
      <w:rFonts w:ascii="ＭＳ 明朝" w:eastAsia="ＭＳ 明朝" w:hAnsi="ＭＳ 明朝" w:cs="ＭＳ 明朝"/>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rPr>
      <w:rFonts w:ascii="ＭＳ 明朝" w:eastAsia="ＭＳ 明朝" w:hAnsi="ＭＳ 明朝" w:cs="ＭＳ 明朝"/>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rPr>
      <w:rFonts w:ascii="ＭＳ 明朝" w:eastAsia="ＭＳ 明朝" w:hAnsi="ＭＳ 明朝" w:cs="ＭＳ 明朝"/>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rPr>
      <w:rFonts w:ascii="ＭＳ 明朝" w:eastAsia="ＭＳ 明朝" w:hAnsi="ＭＳ 明朝" w:cs="ＭＳ 明朝"/>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rPr>
      <w:rFonts w:ascii="ＭＳ 明朝" w:eastAsia="ＭＳ 明朝" w:hAnsi="ＭＳ 明朝" w:cs="ＭＳ 明朝"/>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rPr>
      <w:rFonts w:ascii="ＭＳ 明朝" w:eastAsia="ＭＳ 明朝" w:hAnsi="ＭＳ 明朝" w:cs="ＭＳ 明朝"/>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rPr>
      <w:rFonts w:ascii="ＭＳ 明朝" w:eastAsia="ＭＳ 明朝" w:hAnsi="ＭＳ 明朝" w:cs="ＭＳ 明朝"/>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rPr>
      <w:rFonts w:ascii="ＭＳ 明朝" w:eastAsia="ＭＳ 明朝" w:hAnsi="ＭＳ 明朝" w:cs="ＭＳ 明朝"/>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rPr>
      <w:rFonts w:ascii="ＭＳ 明朝" w:eastAsia="ＭＳ 明朝" w:hAnsi="ＭＳ 明朝" w:cs="ＭＳ 明朝"/>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rPr>
      <w:rFonts w:ascii="ＭＳ 明朝" w:eastAsia="ＭＳ 明朝" w:hAnsi="ＭＳ 明朝" w:cs="ＭＳ 明朝"/>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rPr>
      <w:rFonts w:ascii="ＭＳ 明朝" w:eastAsia="ＭＳ 明朝" w:hAnsi="ＭＳ 明朝" w:cs="ＭＳ 明朝"/>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rPr>
      <w:rFonts w:ascii="ＭＳ 明朝" w:eastAsia="ＭＳ 明朝" w:hAnsi="ＭＳ 明朝" w:cs="ＭＳ 明朝"/>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rPr>
      <w:rFonts w:ascii="ＭＳ 明朝" w:eastAsia="ＭＳ 明朝" w:hAnsi="ＭＳ 明朝" w:cs="ＭＳ 明朝"/>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rPr>
      <w:rFonts w:ascii="ＭＳ 明朝" w:eastAsia="ＭＳ 明朝" w:hAnsi="ＭＳ 明朝" w:cs="ＭＳ 明朝"/>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rPr>
      <w:rFonts w:ascii="ＭＳ 明朝" w:eastAsia="ＭＳ 明朝" w:hAnsi="ＭＳ 明朝" w:cs="ＭＳ 明朝"/>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rPr>
      <w:rFonts w:ascii="ＭＳ 明朝" w:eastAsia="ＭＳ 明朝" w:hAnsi="ＭＳ 明朝" w:cs="ＭＳ 明朝"/>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rPr>
      <w:rFonts w:ascii="ＭＳ 明朝" w:eastAsia="ＭＳ 明朝" w:hAnsi="ＭＳ 明朝" w:cs="ＭＳ 明朝"/>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rPr>
      <w:rFonts w:ascii="ＭＳ 明朝" w:eastAsia="ＭＳ 明朝" w:hAnsi="ＭＳ 明朝" w:cs="ＭＳ 明朝"/>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rPr>
      <w:rFonts w:ascii="ＭＳ 明朝" w:eastAsia="ＭＳ 明朝" w:hAnsi="ＭＳ 明朝" w:cs="ＭＳ 明朝"/>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rPr>
      <w:rFonts w:ascii="ＭＳ 明朝" w:eastAsia="ＭＳ 明朝" w:hAnsi="ＭＳ 明朝" w:cs="ＭＳ 明朝"/>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rPr>
      <w:rFonts w:ascii="ＭＳ 明朝" w:eastAsia="ＭＳ 明朝" w:hAnsi="ＭＳ 明朝" w:cs="ＭＳ 明朝"/>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rPr>
      <w:rFonts w:ascii="ＭＳ 明朝" w:eastAsia="ＭＳ 明朝" w:hAnsi="ＭＳ 明朝" w:cs="ＭＳ 明朝"/>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rPr>
      <w:rFonts w:ascii="ＭＳ 明朝" w:eastAsia="ＭＳ 明朝" w:hAnsi="ＭＳ 明朝" w:cs="ＭＳ 明朝"/>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rPr>
      <w:rFonts w:ascii="ＭＳ 明朝" w:eastAsia="ＭＳ 明朝" w:hAnsi="ＭＳ 明朝" w:cs="ＭＳ 明朝"/>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rPr>
      <w:rFonts w:ascii="ＭＳ 明朝" w:eastAsia="ＭＳ 明朝" w:hAnsi="ＭＳ 明朝" w:cs="ＭＳ 明朝"/>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rPr>
      <w:rFonts w:ascii="ＭＳ 明朝" w:eastAsia="ＭＳ 明朝" w:hAnsi="ＭＳ 明朝" w:cs="ＭＳ 明朝"/>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rPr>
      <w:rFonts w:ascii="ＭＳ 明朝" w:eastAsia="ＭＳ 明朝" w:hAnsi="ＭＳ 明朝" w:cs="ＭＳ 明朝"/>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rPr>
      <w:rFonts w:ascii="ＭＳ 明朝" w:eastAsia="ＭＳ 明朝" w:hAnsi="ＭＳ 明朝" w:cs="ＭＳ 明朝"/>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rPr>
      <w:rFonts w:ascii="ＭＳ 明朝" w:eastAsia="ＭＳ 明朝" w:hAnsi="ＭＳ 明朝" w:cs="ＭＳ 明朝"/>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rPr>
      <w:rFonts w:ascii="ＭＳ 明朝" w:eastAsia="ＭＳ 明朝" w:hAnsi="ＭＳ 明朝" w:cs="ＭＳ 明朝"/>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rFonts w:ascii="ＭＳ 明朝" w:eastAsia="ＭＳ 明朝" w:hAnsi="ＭＳ 明朝" w:cs="ＭＳ 明朝"/>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rFonts w:ascii="ＭＳ 明朝" w:eastAsia="ＭＳ 明朝" w:hAnsi="ＭＳ 明朝" w:cs="ＭＳ 明朝"/>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rFonts w:ascii="ＭＳ 明朝" w:eastAsia="ＭＳ 明朝" w:hAnsi="ＭＳ 明朝" w:cs="ＭＳ 明朝"/>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rFonts w:ascii="ＭＳ 明朝" w:eastAsia="ＭＳ 明朝" w:hAnsi="ＭＳ 明朝" w:cs="ＭＳ 明朝"/>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rFonts w:ascii="ＭＳ 明朝" w:eastAsia="ＭＳ 明朝" w:hAnsi="ＭＳ 明朝" w:cs="ＭＳ 明朝"/>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rFonts w:ascii="ＭＳ 明朝" w:eastAsia="ＭＳ 明朝" w:hAnsi="ＭＳ 明朝" w:cs="ＭＳ 明朝"/>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rFonts w:ascii="ＭＳ 明朝" w:eastAsia="ＭＳ 明朝" w:hAnsi="ＭＳ 明朝" w:cs="ＭＳ 明朝"/>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rFonts w:ascii="ＭＳ 明朝" w:eastAsia="ＭＳ 明朝" w:hAnsi="ＭＳ 明朝" w:cs="ＭＳ 明朝"/>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rFonts w:ascii="ＭＳ 明朝" w:eastAsia="ＭＳ 明朝" w:hAnsi="ＭＳ 明朝" w:cs="ＭＳ 明朝"/>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rFonts w:ascii="ＭＳ 明朝" w:eastAsia="ＭＳ 明朝" w:hAnsi="ＭＳ 明朝" w:cs="ＭＳ 明朝"/>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rFonts w:ascii="ＭＳ 明朝" w:eastAsia="ＭＳ 明朝" w:hAnsi="ＭＳ 明朝" w:cs="ＭＳ 明朝"/>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rFonts w:ascii="ＭＳ 明朝" w:eastAsia="ＭＳ 明朝" w:hAnsi="ＭＳ 明朝" w:cs="ＭＳ 明朝"/>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rFonts w:ascii="ＭＳ 明朝" w:eastAsia="ＭＳ 明朝" w:hAnsi="ＭＳ 明朝" w:cs="ＭＳ 明朝"/>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rFonts w:ascii="ＭＳ 明朝" w:eastAsia="ＭＳ 明朝" w:hAnsi="ＭＳ 明朝" w:cs="ＭＳ 明朝"/>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rFonts w:ascii="ＭＳ 明朝" w:eastAsia="ＭＳ 明朝" w:hAnsi="ＭＳ 明朝" w:cs="ＭＳ 明朝"/>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rFonts w:ascii="ＭＳ 明朝" w:eastAsia="ＭＳ 明朝" w:hAnsi="ＭＳ 明朝" w:cs="ＭＳ 明朝"/>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rFonts w:ascii="ＭＳ 明朝" w:eastAsia="ＭＳ 明朝" w:hAnsi="ＭＳ 明朝" w:cs="ＭＳ 明朝"/>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rFonts w:ascii="ＭＳ 明朝" w:eastAsia="ＭＳ 明朝" w:hAnsi="ＭＳ 明朝" w:cs="ＭＳ 明朝"/>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rFonts w:ascii="ＭＳ 明朝" w:eastAsia="ＭＳ 明朝" w:hAnsi="ＭＳ 明朝" w:cs="ＭＳ 明朝"/>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rFonts w:ascii="ＭＳ 明朝" w:eastAsia="ＭＳ 明朝" w:hAnsi="ＭＳ 明朝" w:cs="ＭＳ 明朝"/>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rFonts w:ascii="ＭＳ 明朝" w:eastAsia="ＭＳ 明朝" w:hAnsi="ＭＳ 明朝" w:cs="ＭＳ 明朝"/>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rFonts w:ascii="ＭＳ 明朝" w:eastAsia="ＭＳ 明朝" w:hAnsi="ＭＳ 明朝" w:cs="ＭＳ 明朝"/>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82</Words>
  <Characters>471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豊中市スポーツ団体合併・統合支援金消費税等仕入税額控除確認書</dc:title>
  <dc:subject/>
  <cp:keywords/>
  <dc:description>generated by python-docx</dc:description>
  <cp:revision>4</cp:revision>
  <cp:lastPrinted>2026-08-20T00:45:00Z</cp:lastPrinted>
  <dcterms:created xsi:type="dcterms:W3CDTF">2026-08-21T12:20:00Z</dcterms:created>
  <dcterms:modified xsi:type="dcterms:W3CDTF">2026-08-24T00:17:00Z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2026-08-20T11:55:28Z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78e6a88d-2ba3-4843-8211-c3656fe82913</vt:lpwstr>
  </property>
  <property fmtid="{D5CDD505-2E9C-101B-9397-08002B2CF9AE}" pid="8" name="MSIP_Label_defa4170-0d19-0005-0004-bc88714345d2_ContentBits">
    <vt:lpwstr>0</vt:lpwstr>
  </property>
</Properties>
</file>